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ZUSTIMMUNG ZUR VERTRAGSÜBERNAHME</w:t>
      </w:r>
    </w:p>
    <w:p/>
    <w:p>
      <w:r>
        <w:rPr>
          <w:b w:val="0"/>
          <w:sz w:val="20"/>
        </w:rPr>
        <w:t>Ort : ____________________________</w:t>
      </w:r>
    </w:p>
    <w:p/>
    <w:p>
      <w:r>
        <w:rPr>
          <w:b/>
          <w:sz w:val="20"/>
        </w:rPr>
        <w:t>Angaben des Zustimmenden :</w:t>
      </w:r>
    </w:p>
    <w:p>
      <w:r>
        <w:rPr>
          <w:b w:val="0"/>
          <w:sz w:val="20"/>
        </w:rPr>
        <w:t>Vor- und Nachname : ________________________________________________</w:t>
      </w:r>
    </w:p>
    <w:p>
      <w:r>
        <w:rPr>
          <w:b w:val="0"/>
          <w:sz w:val="20"/>
        </w:rPr>
        <w:t>Personalausweis-Nr. : ______________________________________________</w:t>
      </w:r>
    </w:p>
    <w:p>
      <w:r>
        <w:rPr>
          <w:b w:val="0"/>
          <w:sz w:val="20"/>
        </w:rPr>
        <w:t>Anschrift : ________________________________________________________</w:t>
      </w:r>
    </w:p>
    <w:p>
      <w:r>
        <w:rPr>
          <w:b w:val="0"/>
          <w:sz w:val="20"/>
        </w:rPr>
        <w:t>Telefonnummer : ____________________________________________________</w:t>
      </w:r>
    </w:p>
    <w:p/>
    <w:p>
      <w:r>
        <w:rPr>
          <w:b/>
          <w:sz w:val="20"/>
        </w:rPr>
        <w:t>Angaben des Übernehmers :</w:t>
      </w:r>
    </w:p>
    <w:p>
      <w:r>
        <w:rPr>
          <w:b w:val="0"/>
          <w:sz w:val="20"/>
        </w:rPr>
        <w:t>Vor- und Nachname : ________________________________________________</w:t>
      </w:r>
    </w:p>
    <w:p>
      <w:r>
        <w:rPr>
          <w:b w:val="0"/>
          <w:sz w:val="20"/>
        </w:rPr>
        <w:t>Personalausweis-Nr. : ______________________________________________</w:t>
      </w:r>
    </w:p>
    <w:p>
      <w:r>
        <w:rPr>
          <w:b w:val="0"/>
          <w:sz w:val="20"/>
        </w:rPr>
        <w:t>Anschrift : ________________________________________________________</w:t>
      </w:r>
    </w:p>
    <w:p>
      <w:r>
        <w:rPr>
          <w:b w:val="0"/>
          <w:sz w:val="20"/>
        </w:rPr>
        <w:t>Telefonnummer : ____________________________________________________</w:t>
      </w:r>
    </w:p>
    <w:p/>
    <w:p>
      <w:r>
        <w:rPr>
          <w:b/>
          <w:sz w:val="20"/>
        </w:rPr>
        <w:t>Angaben zum Vertrag :</w:t>
      </w:r>
    </w:p>
    <w:p>
      <w:r>
        <w:rPr>
          <w:b w:val="0"/>
          <w:sz w:val="20"/>
        </w:rPr>
        <w:t>Vertragsgegenstand : _______________________________________________</w:t>
      </w:r>
    </w:p>
    <w:p>
      <w:r>
        <w:rPr>
          <w:b w:val="0"/>
          <w:sz w:val="20"/>
        </w:rPr>
        <w:t>Vertragsnummer / Referenz : _________________________________________</w:t>
      </w:r>
    </w:p>
    <w:p>
      <w:r>
        <w:rPr>
          <w:b w:val="0"/>
          <w:sz w:val="20"/>
        </w:rPr>
        <w:t>Ursprünglicher Vertragspartner : ____________________________________</w:t>
      </w:r>
    </w:p>
    <w:p>
      <w:r>
        <w:rPr>
          <w:b w:val="0"/>
          <w:sz w:val="20"/>
        </w:rPr>
        <w:t>Neuer Vertragspartner (Übernehmer) : ________________________________</w:t>
      </w:r>
    </w:p>
    <w:p/>
    <w:p>
      <w:r>
        <w:rPr>
          <w:b/>
          <w:sz w:val="20"/>
        </w:rPr>
        <w:t>Erklärung :</w:t>
      </w:r>
    </w:p>
    <w:p>
      <w:r>
        <w:rPr>
          <w:b w:val="0"/>
          <w:sz w:val="20"/>
        </w:rPr>
        <w:t>Hiermit erkläre ich, der Zustimmende, meine ausdrückliche Zustimmung zur Übernahme des oben genannten Vertrages durch den Übernehmer. Ich bestätige, dass ich über die Rechte und Pflichten aus dem Vertrag vollständig informiert wurde und die Übernahme zustimme.</w:t>
      </w:r>
    </w:p>
    <w:p/>
    <w:p>
      <w:r>
        <w:rPr>
          <w:b/>
          <w:sz w:val="20"/>
        </w:rPr>
        <w:t>§ 1 – Vertragsübernahme</w:t>
      </w:r>
    </w:p>
    <w:p>
      <w:r>
        <w:rPr>
          <w:b w:val="0"/>
          <w:sz w:val="20"/>
        </w:rPr>
        <w:t>Mit dieser Zustimmungserklärung wird der Übernehmer als neuer Vertragspartner rechtswirksam in alle Rechte und Pflichten aus dem genannten Vertrag übernommen.</w:t>
      </w:r>
    </w:p>
    <w:p/>
    <w:p>
      <w:r>
        <w:rPr>
          <w:b/>
          <w:sz w:val="20"/>
        </w:rPr>
        <w:t>§ 2 – Haftungsausschluss</w:t>
      </w:r>
    </w:p>
    <w:p>
      <w:r>
        <w:rPr>
          <w:b w:val="0"/>
          <w:sz w:val="20"/>
        </w:rPr>
        <w:t>Der Zustimmende haftet nach Übernahme des Vertrages durch den Übernehmer nicht mehr für zukünftige Verpflichtungen aus dem Vertrag, sofern nichts anderes schriftlich vereinbart wurde.</w:t>
      </w:r>
    </w:p>
    <w:p/>
    <w:p>
      <w:r>
        <w:rPr>
          <w:b/>
          <w:sz w:val="20"/>
        </w:rPr>
        <w:t>§ 3 – Sonstige Vereinbarungen</w:t>
      </w:r>
    </w:p>
    <w:p>
      <w:r>
        <w:rPr>
          <w:b w:val="0"/>
          <w:sz w:val="20"/>
        </w:rPr>
        <w:t>Weitere Vereinbarungen zur Vertragsübernahme können schriftlich zwischen den Parteien getroffen werden.</w:t>
      </w:r>
    </w:p>
    <w:p/>
    <w:p>
      <w:r>
        <w:rPr>
          <w:b/>
          <w:sz w:val="20"/>
        </w:rPr>
        <w:t>§ 4 – Schlussbestimmungen</w:t>
      </w:r>
    </w:p>
    <w:p>
      <w:r>
        <w:rPr>
          <w:b w:val="0"/>
          <w:sz w:val="20"/>
        </w:rPr>
        <w:t>Dieser Vertrag unterliegt deutschem Recht. Änderungen und Ergänzungen bedürfen der Schriftform. Sollten einzelne Bestimmungen unwirksam sein, bleibt der Vertrag im Übrigen wirksam.</w:t>
      </w:r>
    </w:p>
    <w:p/>
    <w:p/>
    <w:p>
      <w:r>
        <w:rPr>
          <w:b w:val="0"/>
          <w:sz w:val="20"/>
        </w:rPr>
        <w:t>Ort :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ZUSTIMMENDER</w:t>
            </w:r>
          </w:p>
        </w:tc>
        <w:tc>
          <w:tcPr>
            <w:tcW w:type="dxa" w:w="4986"/>
            <w:tcBorders>
              <w:top w:val="nil"/>
              <w:left w:val="nil"/>
              <w:bottom w:val="nil"/>
              <w:right w:val="nil"/>
              <w:insideH w:val="nil"/>
              <w:insideV w:val="nil"/>
            </w:tcBorders>
          </w:tcPr>
          <w:p>
            <w:pPr>
              <w:jc w:val="center"/>
            </w:pPr>
            <w:r>
              <w:t>ÜBERNEHMER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https://mustergenau.com/zustimmung-vertragsubernahme-muster/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zustimmung-vertragsubernahme-muster/"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