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 ZUR ZUSENDUNG DER UNTERLAGEN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übersende ich Ihnen die benötigten Unterlagen gemäß unserer Vereinbarung. Bitte prüfen Sie die beigefügten Dokumente sorgfältig.</w:t>
      </w:r>
    </w:p>
    <w:p/>
    <w:p/>
    <w:p>
      <w:r>
        <w:rPr>
          <w:b/>
          <w:sz w:val="20"/>
        </w:rPr>
        <w:t>Angaben des Absenders:</w:t>
      </w:r>
    </w:p>
    <w:p>
      <w:r>
        <w:rPr>
          <w:b w:val="0"/>
          <w:sz w:val="20"/>
        </w:rPr>
        <w:t>Name : 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>
      <w:r>
        <w:rPr>
          <w:b w:val="0"/>
          <w:sz w:val="20"/>
        </w:rPr>
        <w:t>E-Mail : ___________________________________________________________</w:t>
      </w:r>
    </w:p>
    <w:p/>
    <w:p>
      <w:r>
        <w:rPr>
          <w:b/>
          <w:sz w:val="20"/>
        </w:rPr>
        <w:t>Angaben des Empfängers:</w:t>
      </w:r>
    </w:p>
    <w:p>
      <w:r>
        <w:rPr>
          <w:b w:val="0"/>
          <w:sz w:val="20"/>
        </w:rPr>
        <w:t>Name / Firma : 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>
      <w:r>
        <w:rPr>
          <w:b w:val="0"/>
          <w:sz w:val="20"/>
        </w:rPr>
        <w:t>E-Mail : ___________________________________________________________</w:t>
      </w:r>
    </w:p>
    <w:p/>
    <w:p>
      <w:r>
        <w:rPr>
          <w:b/>
          <w:sz w:val="20"/>
        </w:rPr>
        <w:t>Übersicht der zugesandten Unterlagen:</w:t>
      </w:r>
    </w:p>
    <w:p>
      <w:r>
        <w:rPr>
          <w:b w:val="0"/>
          <w:sz w:val="20"/>
        </w:rPr>
        <w:t>- Personalausweis oder Reisepass (Kopie)</w:t>
      </w:r>
    </w:p>
    <w:p>
      <w:r>
        <w:rPr>
          <w:b w:val="0"/>
          <w:sz w:val="20"/>
        </w:rPr>
        <w:t>- Kaufvertrag / Vertragsunterlagen</w:t>
      </w:r>
    </w:p>
    <w:p>
      <w:r>
        <w:rPr>
          <w:b w:val="0"/>
          <w:sz w:val="20"/>
        </w:rPr>
        <w:t>- Nachweis der Zahlung</w:t>
      </w:r>
    </w:p>
    <w:p>
      <w:r>
        <w:rPr>
          <w:b w:val="0"/>
          <w:sz w:val="20"/>
        </w:rPr>
        <w:t>- Technische Dokumentation / Bedienungsanleitung</w:t>
      </w:r>
    </w:p>
    <w:p>
      <w:r>
        <w:rPr>
          <w:b w:val="0"/>
          <w:sz w:val="20"/>
        </w:rPr>
        <w:t>- Sonstige relevante Unterlagen: _________________________________</w:t>
      </w:r>
    </w:p>
    <w:p/>
    <w:p>
      <w:r>
        <w:rPr>
          <w:b w:val="0"/>
          <w:sz w:val="20"/>
        </w:rPr>
        <w:t>Ich versichere, dass die oben genannten Unterlagen vollständig und korrekt sind. Für Rückfragen stehe ich Ihnen gerne zur Verfügung.</w:t>
      </w:r>
    </w:p>
    <w:p/>
    <w:p/>
    <w:p>
      <w:r>
        <w:rPr>
          <w:b w:val="0"/>
          <w:sz w:val="20"/>
        </w:rPr>
        <w:t>Ort : ______________________________________    Datum : 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https://mustergenau.com/zusendung-der-unterlagen-muster/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zusendung-der-unterlagen-muster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