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ABSAGE ZUR WOHNUNGSANMIETUNG</w:t>
      </w:r>
    </w:p>
    <w:p/>
    <w:p/>
    <w:p>
      <w:r>
        <w:rPr>
          <w:b w:val="0"/>
          <w:sz w:val="20"/>
        </w:rPr>
        <w:t>Sehr geehrte Damen und Herren,</w:t>
      </w:r>
    </w:p>
    <w:p/>
    <w:p>
      <w:r>
        <w:rPr>
          <w:b w:val="0"/>
          <w:sz w:val="20"/>
        </w:rPr>
        <w:t>wir bedanken uns herzlich für Ihr Interesse an der von uns angebotenen Wohnung.</w:t>
      </w:r>
    </w:p>
    <w:p/>
    <w:p>
      <w:r>
        <w:rPr>
          <w:b w:val="0"/>
          <w:sz w:val="20"/>
        </w:rPr>
        <w:t>Leider müssen wir Ihnen mitteilen, dass wir uns für einen anderen Bewerber entschieden haben. Diese Entscheidung ist uns nicht leicht gefallen. Wir möchten betonen, dass diese Absage keine Aussage über Ihre Person oder Ihre Bewerbungsunterlagen darstellt, sondern auf der Vielzahl der Bewerbungen und den individuellen Auswahlkriterien beruht.</w:t>
      </w:r>
    </w:p>
    <w:p/>
    <w:p>
      <w:r>
        <w:rPr>
          <w:b w:val="0"/>
          <w:sz w:val="20"/>
        </w:rPr>
        <w:t>Wir bitten um Verständnis, dass wir aufgrund der datenschutzrechtlichen Bestimmungen keine detaillierte Begründung für unsere Entscheidung geben können.</w:t>
      </w:r>
    </w:p>
    <w:p/>
    <w:p>
      <w:r>
        <w:rPr>
          <w:b w:val="0"/>
          <w:sz w:val="20"/>
        </w:rPr>
        <w:t>Wir wünschen Ihnen weiterhin viel Erfolg bei der Suche nach einer passenden Wohnung und danken Ihnen nochmal für Ihr Interesse.</w:t>
      </w:r>
    </w:p>
    <w:p/>
    <w:p/>
    <w:p>
      <w:r>
        <w:rPr>
          <w:b w:val="0"/>
          <w:sz w:val="20"/>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Vermieter</w:t>
            </w:r>
          </w:p>
        </w:tc>
        <w:tc>
          <w:tcPr>
            <w:tcW w:type="dxa" w:w="4986"/>
            <w:tcBorders>
              <w:top w:val="nil"/>
              <w:left w:val="nil"/>
              <w:bottom w:val="nil"/>
              <w:right w:val="nil"/>
              <w:insideH w:val="nil"/>
              <w:insideV w:val="nil"/>
            </w:tcBorders>
          </w:tcPr>
          <w:p>
            <w:pPr>
              <w:jc w:val="center"/>
            </w:pPr>
            <w:r>
              <w:t>Bewerber (optional)</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https://mustergenau.com/wohnungsabsage/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wohnungsabsage/"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