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WILLKOMMENSBRIEF HOTEL MUSTER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wir freuen uns, Sie in unserem Haus begrüßen zu dürfen. Das Hotel Muster bietet Ihnen ein angenehmes und komfortables Ambiente für Ihren Aufenthalt.</w:t>
      </w:r>
    </w:p>
    <w:p/>
    <w:p>
      <w:r>
        <w:rPr>
          <w:b/>
          <w:sz w:val="20"/>
        </w:rPr>
        <w:t>Ihre Unterkunft</w:t>
      </w:r>
    </w:p>
    <w:p>
      <w:r>
        <w:rPr>
          <w:b w:val="0"/>
          <w:sz w:val="20"/>
        </w:rPr>
        <w:t>Zimmernummer : ________________________________________________</w:t>
      </w:r>
    </w:p>
    <w:p>
      <w:r>
        <w:rPr>
          <w:b w:val="0"/>
          <w:sz w:val="20"/>
        </w:rPr>
        <w:t>Anzahl der Personen : __________________________________________</w:t>
      </w:r>
    </w:p>
    <w:p>
      <w:r>
        <w:rPr>
          <w:b w:val="0"/>
          <w:sz w:val="20"/>
        </w:rPr>
        <w:t>Check-in : _________________________________________________</w:t>
      </w:r>
    </w:p>
    <w:p>
      <w:r>
        <w:rPr>
          <w:b w:val="0"/>
          <w:sz w:val="20"/>
        </w:rPr>
        <w:t>Check-out : ________________________________________________</w:t>
      </w:r>
    </w:p>
    <w:p/>
    <w:p>
      <w:r>
        <w:rPr>
          <w:b/>
          <w:sz w:val="20"/>
        </w:rPr>
        <w:t>Unsere Serviceleistungen</w:t>
      </w:r>
    </w:p>
    <w:p>
      <w:r>
        <w:rPr>
          <w:b w:val="0"/>
          <w:sz w:val="20"/>
        </w:rPr>
        <w:t>• Frühstücksbuffet ist täglich von 07:00 bis 10:00 Uhr verfügbar.</w:t>
      </w:r>
    </w:p>
    <w:p>
      <w:r>
        <w:rPr>
          <w:b w:val="0"/>
          <w:sz w:val="20"/>
        </w:rPr>
        <w:t>• Kostenloses W-LAN steht Ihnen im gesamten Hotel zur Verfügung.</w:t>
      </w:r>
    </w:p>
    <w:p>
      <w:r>
        <w:rPr>
          <w:b w:val="0"/>
          <w:sz w:val="20"/>
        </w:rPr>
        <w:t>• Rezeption ist 24 Stunden besetzt und hilft Ihnen gerne weiter.</w:t>
      </w:r>
    </w:p>
    <w:p>
      <w:r>
        <w:rPr>
          <w:b w:val="0"/>
          <w:sz w:val="20"/>
        </w:rPr>
        <w:t>• Parkmöglichkeiten finden Sie auf unserem hoteleigenen Parkplatz.</w:t>
      </w:r>
    </w:p>
    <w:p/>
    <w:p>
      <w:r>
        <w:rPr>
          <w:b/>
          <w:sz w:val="20"/>
        </w:rPr>
        <w:t>Hausordnung</w:t>
      </w:r>
    </w:p>
    <w:p>
      <w:r>
        <w:rPr>
          <w:b w:val="0"/>
          <w:sz w:val="20"/>
        </w:rPr>
        <w:t>Bitte beachten Sie, dass das Rauchen in allen Hotelräumen untersagt ist. Haustiere sind nur nach vorheriger Absprache erlaubt.</w:t>
      </w:r>
    </w:p>
    <w:p/>
    <w:p>
      <w:r>
        <w:rPr>
          <w:b/>
          <w:sz w:val="20"/>
        </w:rPr>
        <w:t>Zahlungsbedingungen</w:t>
      </w:r>
    </w:p>
    <w:p>
      <w:r>
        <w:rPr>
          <w:b w:val="0"/>
          <w:sz w:val="20"/>
        </w:rPr>
        <w:t>Die Zahlung erfolgt bei Abreise an der Rezeption. Wir akzeptieren Bargeld, EC-Karten und gängige Kreditkarten.</w:t>
      </w:r>
    </w:p>
    <w:p/>
    <w:p>
      <w:r>
        <w:rPr>
          <w:b/>
          <w:sz w:val="20"/>
        </w:rPr>
        <w:t>Haftung</w:t>
      </w:r>
    </w:p>
    <w:p>
      <w:r>
        <w:rPr>
          <w:b w:val="0"/>
          <w:sz w:val="20"/>
        </w:rPr>
        <w:t>Das Hotel übernimmt keine Haftung für mitgebrachte persönliche Gegenstände. Bitte bewahren Sie Ihre Wertsachen sicher auf.</w:t>
      </w:r>
    </w:p>
    <w:p/>
    <w:p>
      <w:r>
        <w:rPr>
          <w:b w:val="0"/>
          <w:sz w:val="20"/>
        </w:rPr>
        <w:t>Wir wünschen Ihnen einen angenehmen Aufenthalt und stehen Ihnen bei Fragen jederzeit zur Verfügung.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Unterschrift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Hotelleitung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Gast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https://mustergenau.com/willkommensbrief-hotel-muster/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willkommensbrief-hotel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