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WIDERRUFSERKLÄRUNG</w:t>
      </w:r>
    </w:p>
    <w:p/>
    <w:p>
      <w:r>
        <w:rPr>
          <w:b/>
          <w:sz w:val="20"/>
        </w:rPr>
        <w:t>An :</w:t>
      </w:r>
    </w:p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________________________________________</w:t>
      </w:r>
    </w:p>
    <w:p/>
    <w:p>
      <w:r>
        <w:rPr>
          <w:b/>
          <w:sz w:val="20"/>
        </w:rPr>
        <w:t>Von :</w:t>
      </w:r>
    </w:p>
    <w:p>
      <w:r>
        <w:rPr>
          <w:b w:val="0"/>
          <w:sz w:val="20"/>
        </w:rPr>
        <w:t>Name : __________________________________________</w:t>
      </w:r>
    </w:p>
    <w:p>
      <w:r>
        <w:rPr>
          <w:b w:val="0"/>
          <w:sz w:val="20"/>
        </w:rPr>
        <w:t>Anschrift : __________________________________________</w:t>
      </w:r>
    </w:p>
    <w:p>
      <w:r>
        <w:rPr>
          <w:b w:val="0"/>
          <w:sz w:val="20"/>
        </w:rPr>
        <w:t>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Widerruf meines Vertrages / Widerruf meiner Bestellung</w:t>
      </w:r>
    </w:p>
    <w:p/>
    <w:p>
      <w:r>
        <w:rPr>
          <w:b/>
          <w:sz w:val="20"/>
        </w:rPr>
        <w:t>Hiermit widerrufe ich den von mir abgeschlossenen Vertrag über den Kauf der folgenden Waren / die Erbringung der folgenden Dienstleistung :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</w:t>
      </w:r>
    </w:p>
    <w:p/>
    <w:p>
      <w:r>
        <w:rPr>
          <w:b w:val="0"/>
          <w:sz w:val="20"/>
        </w:rPr>
        <w:t>Bestellt am : ______________________________________________________________</w:t>
      </w:r>
    </w:p>
    <w:p>
      <w:r>
        <w:rPr>
          <w:b w:val="0"/>
          <w:sz w:val="20"/>
        </w:rPr>
        <w:t>Erhalten am : ______________________________________________________________</w:t>
      </w:r>
    </w:p>
    <w:p/>
    <w:p>
      <w:r>
        <w:rPr>
          <w:b w:val="0"/>
          <w:sz w:val="20"/>
        </w:rPr>
        <w:t>Ich bitte um Bestätigung des Widerrufs und Rückerstattung bereits geleisteter Zahlungen.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https://mustergenau.com/wiederrufsschreiben/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wiederrufsschreibe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