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KÜNDIGUNG DER WERTGARANTIE</w:t>
      </w:r>
    </w:p>
    <w:p/>
    <w:p>
      <w:r>
        <w:rPr>
          <w:b/>
          <w:sz w:val="20"/>
        </w:rPr>
        <w:t>Wertgarantie Service GmbH</w:t>
      </w:r>
    </w:p>
    <w:p>
      <w:r>
        <w:rPr>
          <w:b w:val="0"/>
          <w:sz w:val="20"/>
        </w:rPr>
        <w:t>Alexanderstraße 9</w:t>
      </w:r>
    </w:p>
    <w:p>
      <w:r>
        <w:rPr>
          <w:b w:val="0"/>
          <w:sz w:val="20"/>
        </w:rPr>
        <w:t>20095 Hamburg</w:t>
      </w:r>
    </w:p>
    <w:p/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kündige ich meine Wertgarantie mit der Vertragsnummer ____________________________ fristgerecht zum nächstmöglichen Zeitpunkt.</w:t>
      </w:r>
    </w:p>
    <w:p/>
    <w:p>
      <w:r>
        <w:rPr>
          <w:b w:val="0"/>
          <w:sz w:val="20"/>
        </w:rPr>
        <w:t>Bitte bestätigen Sie mir die Kündigung schriftlich und teilen Sie mir das Vertragsende mit.</w:t>
      </w:r>
    </w:p>
    <w:p/>
    <w:p>
      <w:r>
        <w:rPr>
          <w:b w:val="0"/>
          <w:sz w:val="20"/>
        </w:rPr>
        <w:t>Mit freundlichen Grüßen,</w:t>
      </w:r>
    </w:p>
    <w:p/>
    <w:p/>
    <w:p/>
    <w:p>
      <w:r>
        <w:rPr>
          <w:b/>
          <w:sz w:val="20"/>
        </w:rPr>
        <w:t>Name : _______________________________________________________________</w:t>
      </w:r>
    </w:p>
    <w:p>
      <w:r>
        <w:rPr>
          <w:b/>
          <w:sz w:val="20"/>
        </w:rPr>
        <w:t>Anschrift : ___________________________________________________________</w:t>
      </w:r>
    </w:p>
    <w:p>
      <w:r>
        <w:rPr>
          <w:b/>
          <w:sz w:val="20"/>
        </w:rPr>
        <w:t>Telefonnummer : _______________________________________________________</w:t>
      </w:r>
    </w:p>
    <w:p>
      <w:r>
        <w:rPr>
          <w:b/>
          <w:sz w:val="20"/>
        </w:rPr>
        <w:t>E-Mail-Adresse : _______________________________________________________</w:t>
      </w:r>
    </w:p>
    <w:p/>
    <w:p/>
    <w:p>
      <w:r>
        <w:rPr>
          <w:b w:val="0"/>
          <w:sz w:val="20"/>
        </w:rPr>
        <w:t>Ort : _________________________________________________________________</w:t>
      </w:r>
    </w:p>
    <w:p>
      <w:r>
        <w:rPr>
          <w:b w:val="0"/>
          <w:sz w:val="20"/>
        </w:rPr>
        <w:t>Datum : 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https://mustergenau.com/wertgarantie-kundigen-vorlage/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https://mustergenau.com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mustergenau.com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genau.com/wertgarantie-kundigen-vorlage/" TargetMode="External"/><Relationship Id="rId10" Type="http://schemas.openxmlformats.org/officeDocument/2006/relationships/hyperlink" Target="https://mustergen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