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VORZEITIGE KÜNDIGUNG DES MIETVERTRAGS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Empfänger (Vermieter) :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Vorzeitige Kündigung des Mietvertrags für die Wohnung / das Haus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den zwischen uns bestehenden Mietvertrag über die Wohnung / das Haus, befindlich in der ________________________________________________________, vorzeitig und fristgerecht zum nächstmöglichen Zeitpunkt.</w:t>
      </w:r>
    </w:p>
    <w:p/>
    <w:p>
      <w:r>
        <w:rPr>
          <w:b w:val="0"/>
          <w:sz w:val="20"/>
        </w:rPr>
        <w:t>Die vertraglich vereinbarte Kündigungsfrist wird selbstverständlich eingehalten. Ich bitte Sie daher, mir das genaue Vertragsende schriftlich zu bestätigen und einen Termin zur Wohnungsübergabe mit mir zu vereinbaren.</w:t>
      </w:r>
    </w:p>
    <w:p/>
    <w:p>
      <w:r>
        <w:rPr>
          <w:b w:val="0"/>
          <w:sz w:val="20"/>
        </w:rPr>
        <w:t>Bitte teilen Sie mir außerdem mit, wie und wann die Rückzahlung der Kaution erfolgen wird.</w:t>
      </w:r>
    </w:p>
    <w:p/>
    <w:p>
      <w:r>
        <w:rPr>
          <w:b w:val="0"/>
          <w:sz w:val="20"/>
        </w:rPr>
        <w:t>Für Rückfragen stehe ich Ihnen jederzeit gern zur Verfügung.</w:t>
      </w:r>
    </w:p>
    <w:p/>
    <w:p/>
    <w:p>
      <w:r>
        <w:rPr>
          <w:b w:val="0"/>
          <w:sz w:val="20"/>
        </w:rPr>
        <w:t>Mit freundlichen Grüßen,</w:t>
      </w:r>
    </w:p>
    <w:p/>
    <w:p/>
    <w:p/>
    <w:p>
      <w:pPr>
        <w:jc w:val="center"/>
      </w:pPr>
      <w:r>
        <w:rPr>
          <w:b w:val="0"/>
          <w:sz w:val="20"/>
        </w:rPr>
        <w:t>_______________________________</w:t>
      </w:r>
    </w:p>
    <w:p>
      <w:pPr>
        <w:jc w:val="center"/>
      </w:pPr>
      <w:r>
        <w:rPr>
          <w:b w:val="0"/>
          <w:sz w:val="20"/>
        </w:rPr>
        <w:t>Unterschrift Mieter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https://mustergenau.com/vorzeitige-kundigung-mietvertrag-vorlage/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vorzeitige-kundigung-mietvertrag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