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VEREINSMITGLIEDSCHAFT</w:t>
      </w:r>
    </w:p>
    <w:p/>
    <w:p/>
    <w:p>
      <w:r>
        <w:rPr>
          <w:b/>
          <w:sz w:val="20"/>
        </w:rPr>
        <w:t xml:space="preserve">An den Vorstand des Vereins : </w:t>
      </w:r>
    </w:p>
    <w:p>
      <w:r>
        <w:rPr>
          <w:b w:val="0"/>
          <w:sz w:val="20"/>
        </w:rPr>
        <w:t>________________________________________________________</w:t>
      </w:r>
    </w:p>
    <w:p>
      <w:r>
        <w:rPr>
          <w:b w:val="0"/>
          <w:sz w:val="20"/>
        </w:rPr>
        <w:t>________________________________________________________</w:t>
      </w:r>
    </w:p>
    <w:p/>
    <w:p/>
    <w:p>
      <w:r>
        <w:rPr>
          <w:b/>
          <w:sz w:val="20"/>
        </w:rPr>
        <w:t xml:space="preserve">Von : </w:t>
      </w:r>
    </w:p>
    <w:p>
      <w:r>
        <w:rPr>
          <w:b w:val="0"/>
          <w:sz w:val="20"/>
        </w:rPr>
        <w:t>Name : __________________________________________________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Mitgliedsnummer (falls vorhanden) : ______________________</w:t>
      </w:r>
    </w:p>
    <w:p/>
    <w:p/>
    <w:p>
      <w:r>
        <w:rPr>
          <w:b/>
          <w:sz w:val="20"/>
        </w:rPr>
        <w:t>Betreff : Kündigung meiner Vereinsmitgliedschaft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Mitgliedschaft im Verein fristgerecht und ordentlich zum nächstmöglichen Zeitpunkt.</w:t>
      </w:r>
    </w:p>
    <w:p/>
    <w:p>
      <w:r>
        <w:rPr>
          <w:b w:val="0"/>
          <w:sz w:val="20"/>
        </w:rPr>
        <w:t>Bitte bestätigen Sie mir schriftlich den Erhalt dieser Kündigung sowie das Datum des Wirksamwerdens der Kündigung.</w:t>
      </w:r>
    </w:p>
    <w:p/>
    <w:p>
      <w:r>
        <w:rPr>
          <w:b w:val="0"/>
          <w:sz w:val="20"/>
        </w:rPr>
        <w:t>Ich bitte darum, meine personenbezogenen Daten nach Ablauf der Mitgliedschaft gemäß den geltenden Datenschutzbestimmungen zu löschen.</w:t>
      </w:r>
    </w:p>
    <w:p/>
    <w:p/>
    <w:p>
      <w:r>
        <w:rPr>
          <w:b w:val="0"/>
          <w:sz w:val="20"/>
        </w:rPr>
        <w:t>Ort : _________________________________________________</w:t>
      </w:r>
    </w:p>
    <w:p>
      <w:r>
        <w:rPr>
          <w:b w:val="0"/>
          <w:sz w:val="20"/>
        </w:rPr>
        <w:t>Unterschrift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VEREIN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https://mustergenau.com/vorlage-kundigung-vereinsmitgliedschaft/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rlage-kundigung-vereinsmitgliedschaft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