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VOLLMACHT ZUR DURCHFÜHRUNG VON OPERATIONEN BEI KINDERN</w:t>
      </w:r>
    </w:p>
    <w:p/>
    <w:p>
      <w:r>
        <w:rPr>
          <w:b/>
          <w:sz w:val="20"/>
        </w:rPr>
        <w:t>Angaben des Vollmachtgebers (Erziehungsberechtigten):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der bevollmächtigten Person: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zum Kind: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/>
    <w:p>
      <w:r>
        <w:rPr>
          <w:b/>
          <w:sz w:val="20"/>
        </w:rPr>
        <w:t>Hiermit bevollmächtige ich die oben genannte Person, sämtliche medizinisch notwendigen Entscheidungen und Handlungen im Zusammenhang mit Operationen und sonstigen medizinischen Eingriffen an dem genannten Kind vorzunehmen.</w:t>
      </w:r>
    </w:p>
    <w:p/>
    <w:p>
      <w:r>
        <w:rPr>
          <w:b/>
          <w:sz w:val="20"/>
        </w:rPr>
        <w:t>Diese Vollmacht umfasst insbesondere:</w:t>
      </w:r>
    </w:p>
    <w:p>
      <w:r>
        <w:rPr>
          <w:b w:val="0"/>
          <w:sz w:val="20"/>
        </w:rPr>
        <w:t>- Einwilligung in Operationen und sonstige medizinische Maßnahmen</w:t>
      </w:r>
    </w:p>
    <w:p>
      <w:r>
        <w:rPr>
          <w:b w:val="0"/>
          <w:sz w:val="20"/>
        </w:rPr>
        <w:t>- Zustimmung zu Narkose und sonstigen erforderlichen Behandlungen</w:t>
      </w:r>
    </w:p>
    <w:p>
      <w:r>
        <w:rPr>
          <w:b w:val="0"/>
          <w:sz w:val="20"/>
        </w:rPr>
        <w:t>- Einsichtnahme in medizinische Unterlagen und Kommunikation mit behandelndem medizinischem Personal</w:t>
      </w:r>
    </w:p>
    <w:p/>
    <w:p>
      <w:r>
        <w:rPr>
          <w:b/>
          <w:sz w:val="20"/>
        </w:rPr>
        <w:t>Die Vollmacht gilt ausschließlich für medizinische Maßnahmen, die im Interesse und zum Wohl des Kindes erforderlich sind.</w:t>
      </w:r>
    </w:p>
    <w:p/>
    <w:p>
      <w:r>
        <w:rPr>
          <w:b/>
          <w:sz w:val="20"/>
        </w:rPr>
        <w:t>Diese Vollmacht kann jederzeit widerrufen werden.</w:t>
      </w:r>
    </w:p>
    <w:p/>
    <w:p>
      <w:r>
        <w:rPr>
          <w:b w:val="0"/>
          <w:sz w:val="20"/>
        </w:rPr>
        <w:t>Ort 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 (Erziehungsberechtigter)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 Person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https://mustergenau.com/vollmacht-operation-kind-vordruck/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vollmacht-operation-kind-vordruck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