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ZUR KONTOAUFLÖSUNG</w:t>
      </w:r>
    </w:p>
    <w:p/>
    <w:p/>
    <w:p>
      <w:r>
        <w:rPr>
          <w:b/>
          <w:sz w:val="20"/>
        </w:rPr>
        <w:t>Angaben des Vollmachtgebers:</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Angaben des Bevollmächtigten: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Bankverbindung des Vollmachtgebers:</w:t>
      </w:r>
    </w:p>
    <w:p>
      <w:r>
        <w:rPr>
          <w:b w:val="0"/>
          <w:sz w:val="20"/>
        </w:rPr>
        <w:t>Name der Bank : ______________________________________________________</w:t>
      </w:r>
    </w:p>
    <w:p>
      <w:r>
        <w:rPr>
          <w:b w:val="0"/>
          <w:sz w:val="20"/>
        </w:rPr>
        <w:t>IBAN : _______________________________________________________________</w:t>
      </w:r>
    </w:p>
    <w:p>
      <w:r>
        <w:rPr>
          <w:b w:val="0"/>
          <w:sz w:val="20"/>
        </w:rPr>
        <w:t>BIC : ________________________________________________________________</w:t>
      </w:r>
    </w:p>
    <w:p/>
    <w:p>
      <w:r>
        <w:rPr>
          <w:b/>
          <w:sz w:val="20"/>
        </w:rPr>
        <w:t>Vollmachtserklärung:</w:t>
      </w:r>
    </w:p>
    <w:p>
      <w:r>
        <w:rPr>
          <w:b w:val="0"/>
          <w:sz w:val="20"/>
        </w:rPr>
        <w:t>Hiermit bevollmächtige ich, der Vollmachtgeber, die oben genannte Person, mein Konto bei der genannten Bank aufzulösen und alle hierfür erforderlichen Handlungen vorzunehmen. Dies umfasst insbesondere die Kündigung des Kontovertrags, den Erhalt und die Entgegennahme sämtlicher Kontoauszüge, Guthaben und Unterlagen sowie die Kommunikation mit der Bank.</w:t>
      </w:r>
    </w:p>
    <w:p/>
    <w:p>
      <w:r>
        <w:rPr>
          <w:b w:val="0"/>
          <w:sz w:val="20"/>
        </w:rPr>
        <w:t>Diese Vollmacht gilt ausschließlich für die Abwicklung der Kontoauflösung und verliert mit deren Abschluss ihre Gültigkeit.</w:t>
      </w:r>
    </w:p>
    <w:p/>
    <w:p>
      <w:r>
        <w:rPr>
          <w:b/>
          <w:sz w:val="20"/>
        </w:rPr>
        <w:t>Sonstige Anweisungen / Hinweise :</w:t>
      </w:r>
    </w:p>
    <w:p>
      <w:r>
        <w:rPr>
          <w:b w:val="0"/>
          <w:sz w:val="20"/>
        </w:rPr>
        <w:t>__________________________________________________________________________</w:t>
      </w:r>
    </w:p>
    <w:p>
      <w:r>
        <w:rPr>
          <w:b w:val="0"/>
          <w:sz w:val="20"/>
        </w:rPr>
        <w:t>__________________________________________________________________________</w:t>
      </w:r>
    </w:p>
    <w:p/>
    <w:p/>
    <w:p>
      <w:r>
        <w:rPr>
          <w:b w:val="0"/>
          <w:sz w:val="20"/>
        </w:rPr>
        <w:t>Ort : _________________________________________________________________</w:t>
      </w:r>
    </w:p>
    <w:p>
      <w:r>
        <w:rPr>
          <w:b w:val="0"/>
          <w:sz w:val="20"/>
        </w:rPr>
        <w:t>Datum :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https://mustergenau.com/vollmacht-kontoauflosung/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vollmacht-kontoauflosung/"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