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</w:t>
      </w:r>
    </w:p>
    <w:p/>
    <w:p/>
    <w:p>
      <w:r>
        <w:rPr>
          <w:b w:val="0"/>
          <w:sz w:val="20"/>
        </w:rPr>
        <w:t>Hiermit bevollmächtige ich,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Geburtsdatum : ____________________________________________________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Personalausweis- oder Reisepassnummer : ___________________________</w:t>
      </w:r>
    </w:p>
    <w:p/>
    <w:p>
      <w:r>
        <w:rPr>
          <w:b w:val="0"/>
          <w:sz w:val="20"/>
        </w:rPr>
        <w:t>Herrn/Frau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Geburtsdatum : ____________________________________________________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Personalausweis- oder Reisepassnummer : ___________________________</w:t>
      </w:r>
    </w:p>
    <w:p/>
    <w:p>
      <w:r>
        <w:rPr>
          <w:b w:val="0"/>
          <w:sz w:val="20"/>
        </w:rPr>
        <w:t>die/den ich hiermit bevollmächtige,</w:t>
      </w:r>
    </w:p>
    <w:p>
      <w:r>
        <w:rPr>
          <w:b w:val="0"/>
          <w:sz w:val="20"/>
        </w:rPr>
        <w:t>mich gegenüber der Ausländerbehörde zu vertreten und alle notwendigen Angelegenheiten in meinem Namen zu erledigen.</w:t>
      </w:r>
    </w:p>
    <w:p/>
    <w:p>
      <w:r>
        <w:rPr>
          <w:b/>
          <w:sz w:val="20"/>
        </w:rPr>
        <w:t>Diese Vollmacht umfasst insbesondere:</w:t>
      </w:r>
    </w:p>
    <w:p>
      <w:r>
        <w:rPr>
          <w:b w:val="0"/>
          <w:sz w:val="20"/>
        </w:rPr>
        <w:t>• Entgegennahme und Abgabe von Anträgen und Erklärungen</w:t>
      </w:r>
    </w:p>
    <w:p>
      <w:r>
        <w:rPr>
          <w:b w:val="0"/>
          <w:sz w:val="20"/>
        </w:rPr>
        <w:t>• Entgegennahme von Bescheiden und Schriftverkehr</w:t>
      </w:r>
    </w:p>
    <w:p>
      <w:r>
        <w:rPr>
          <w:b w:val="0"/>
          <w:sz w:val="20"/>
        </w:rPr>
        <w:t>• Durchführung von Terminen bei der Ausländerbehörde</w:t>
      </w:r>
    </w:p>
    <w:p>
      <w:r>
        <w:rPr>
          <w:b w:val="0"/>
          <w:sz w:val="20"/>
        </w:rPr>
        <w:t>• Einholung von Auskünften und Informationen</w:t>
      </w:r>
    </w:p>
    <w:p/>
    <w:p>
      <w:r>
        <w:rPr>
          <w:b w:val="0"/>
          <w:sz w:val="20"/>
        </w:rPr>
        <w:t>Die Vollmacht gilt ausschließlich für Angelegenheiten im Zusammenhang mit der Ausländerbehörde.</w:t>
      </w:r>
    </w:p>
    <w:p>
      <w:r>
        <w:rPr>
          <w:b w:val="0"/>
          <w:sz w:val="20"/>
        </w:rPr>
        <w:t>Sie kann jederzeit schriftlich widerrufen werden.</w:t>
      </w:r>
    </w:p>
    <w:p/>
    <w:p>
      <w:r>
        <w:rPr>
          <w:b w:val="0"/>
          <w:sz w:val="20"/>
        </w:rPr>
        <w:t>Ort : ___________________________________          Datum 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https://mustergenau.com/vollmacht-fur-auslanderbehorde-muster/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vollmacht-fur-auslanderbehorde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