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VOLKSWOHL BUND VERSICHERUNG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</w:t>
      </w:r>
    </w:p>
    <w:p>
      <w:r>
        <w:rPr>
          <w:b w:val="0"/>
          <w:sz w:val="20"/>
        </w:rPr>
        <w:t>Straße und Hausnummer : ____________________________________________</w:t>
      </w:r>
    </w:p>
    <w:p>
      <w:r>
        <w:rPr>
          <w:b w:val="0"/>
          <w:sz w:val="20"/>
        </w:rPr>
        <w:t>PLZ und Ort : _____________________________________________________</w:t>
      </w:r>
    </w:p>
    <w:p>
      <w:r>
        <w:rPr>
          <w:b w:val="0"/>
          <w:sz w:val="20"/>
        </w:rPr>
        <w:t>Versicherungsnummer : _____________________________________________</w:t>
      </w:r>
    </w:p>
    <w:p/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Volkswohl Bund Versicherungen</w:t>
      </w:r>
    </w:p>
    <w:p>
      <w:r>
        <w:rPr>
          <w:b w:val="0"/>
          <w:sz w:val="20"/>
        </w:rPr>
        <w:t>Riehler Straße 190</w:t>
      </w:r>
    </w:p>
    <w:p>
      <w:r>
        <w:rPr>
          <w:b w:val="0"/>
          <w:sz w:val="20"/>
        </w:rPr>
        <w:t>50735 Köln</w:t>
      </w:r>
    </w:p>
    <w:p/>
    <w:p/>
    <w:p>
      <w:r>
        <w:rPr>
          <w:b/>
          <w:sz w:val="20"/>
        </w:rPr>
        <w:t>Betreff: Kündigung meiner Versicherung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bei Ihnen bestehende Versicherung mit der oben genannten Versicherungsnummer fristgerecht zum nächstmöglichen Zeitpunkt.</w:t>
      </w:r>
    </w:p>
    <w:p/>
    <w:p>
      <w:r>
        <w:rPr>
          <w:b w:val="0"/>
          <w:sz w:val="20"/>
        </w:rPr>
        <w:t>Bitte bestätigen Sie mir den Eingang der Kündigung sowie das Datum der Vertragsbeendigung schriftlich.</w:t>
      </w:r>
    </w:p>
    <w:p/>
    <w:p>
      <w:r>
        <w:rPr>
          <w:b w:val="0"/>
          <w:sz w:val="20"/>
        </w:rPr>
        <w:t>Ich bitte Sie, von Rückwerbeversuchen abzusehen.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r>
        <w:rPr>
          <w:b w:val="0"/>
          <w:sz w:val="20"/>
        </w:rPr>
        <w:t>Unterschrift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Versicherungsnehmers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https://mustergenau.com/volkswohl-bund-kundigen-muster/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olkswohl-bund-kundig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