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VERLÄNGERUNG DES AUSBILDUNGSVERTRAGS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Ausbildungsbetrieb :</w:t>
      </w:r>
    </w:p>
    <w:p>
      <w:r>
        <w:rPr>
          <w:b w:val="0"/>
          <w:sz w:val="20"/>
        </w:rPr>
        <w:t>Name/Firma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/>
    <w:p>
      <w:r>
        <w:rPr>
          <w:b/>
          <w:sz w:val="20"/>
        </w:rPr>
        <w:t>und</w:t>
      </w:r>
    </w:p>
    <w:p>
      <w:r>
        <w:rPr>
          <w:b/>
          <w:sz w:val="20"/>
        </w:rPr>
        <w:t>Auszubildender :</w:t>
      </w:r>
    </w:p>
    <w:p>
      <w:r>
        <w:rPr>
          <w:b w:val="0"/>
          <w:sz w:val="20"/>
        </w:rPr>
        <w:t>Vor- und Nachname : 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/>
    <w:p>
      <w:r>
        <w:rPr>
          <w:b/>
          <w:sz w:val="20"/>
        </w:rPr>
        <w:t>§ 1 – Verlängerung der Ausbildungszeit</w:t>
      </w:r>
    </w:p>
    <w:p>
      <w:r>
        <w:rPr>
          <w:b w:val="0"/>
          <w:sz w:val="20"/>
        </w:rPr>
        <w:t>Die Ausbildungszeit wird aufgrund des Nichtbestehens der Abschlussprüfung um ________________ Monate/ bis zum ___________________________ verlängert. Der Ausbildungsbetrieb und der Auszubildende sind sich darüber einig, dass die Verlängerung notwendig ist, um die Ausbildungsziele zu erreichen.</w:t>
      </w:r>
    </w:p>
    <w:p/>
    <w:p>
      <w:r>
        <w:rPr>
          <w:b/>
          <w:sz w:val="20"/>
        </w:rPr>
        <w:t>§ 2 – Ausbildungsdauer</w:t>
      </w:r>
    </w:p>
    <w:p>
      <w:r>
        <w:rPr>
          <w:b w:val="0"/>
          <w:sz w:val="20"/>
        </w:rPr>
        <w:t>Der Ausbildungsvertrag, ursprünglich abgeschlossen am _______________, wird hiermit entsprechend verlängert. Die neue Ausbildungszeit endet somit am ___________________.</w:t>
      </w:r>
    </w:p>
    <w:p/>
    <w:p>
      <w:r>
        <w:rPr>
          <w:b/>
          <w:sz w:val="20"/>
        </w:rPr>
        <w:t>§ 3 – Ausbildungsvergütung</w:t>
      </w:r>
    </w:p>
    <w:p>
      <w:r>
        <w:rPr>
          <w:b w:val="0"/>
          <w:sz w:val="20"/>
        </w:rPr>
        <w:t>Die Vergütung wird während der Verlängerung wie folgt angepasst oder fortgeführt: ______________________________________________________________.</w:t>
      </w:r>
    </w:p>
    <w:p/>
    <w:p>
      <w:r>
        <w:rPr>
          <w:b/>
          <w:sz w:val="20"/>
        </w:rPr>
        <w:t>§ 4 – Pflichten des Auszubildenden und des Ausbildungsbetriebs</w:t>
      </w:r>
    </w:p>
    <w:p>
      <w:r>
        <w:rPr>
          <w:b w:val="0"/>
          <w:sz w:val="20"/>
        </w:rPr>
        <w:t>Der Auszubildende verpflichtet sich, die Ausbildungsinhalte weiterhin sorgfältig zu erlernen und an den Prüfungen teilzunehmen. Der Ausbildungsbetrieb verpflichtet sich, die Ausbildung weiterhin gemäß Ausbildungsordnung durchzuführen.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Alle übrigen Bestimmungen des ursprünglichen Ausbildungsvertrages bleiben unverändert und gelten weiterhin.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Änderungen und Ergänzungen dieses Verlängerungsvertrags bedürfen der Schriftform. Sollten einzelne Bestimmungen unwirksam sein, bleibt die Wirksamkeit des übrigen Vertrags unberührt.</w:t>
      </w:r>
    </w:p>
    <w:p/>
    <w:p/>
    <w:p>
      <w:r>
        <w:rPr>
          <w:b w:val="0"/>
          <w:sz w:val="20"/>
        </w:rPr>
        <w:t>Ort : ___________________________________      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AUSBILDUNGSBETRIEB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https://mustergenau.com/verlangerung-ausbildungsvertrag-nach-nicht-bestandener-prufung-muster/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erlangerung-ausbildungsvertrag-nach-nicht-bestandener-pruf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