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URlaubsBESCHEINIGUNG</w:t>
      </w:r>
    </w:p>
    <w:p/>
    <w:p>
      <w:r>
        <w:rPr>
          <w:b/>
          <w:sz w:val="20"/>
        </w:rPr>
        <w:t>Hiermit wird bescheinigt, dass Herr/Frau :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geb. am : ______________________________________________________</w:t>
      </w:r>
    </w:p>
    <w:p>
      <w:r>
        <w:rPr>
          <w:b w:val="0"/>
          <w:sz w:val="20"/>
        </w:rPr>
        <w:t>Wohnhaft : ______________________________________________________</w:t>
      </w:r>
    </w:p>
    <w:p/>
    <w:p>
      <w:r>
        <w:rPr>
          <w:b w:val="0"/>
          <w:sz w:val="20"/>
        </w:rPr>
        <w:t>in der Zeit vom : ______________________________ bis ______________________________</w:t>
      </w:r>
    </w:p>
    <w:p/>
    <w:p>
      <w:r>
        <w:rPr>
          <w:b w:val="0"/>
          <w:sz w:val="20"/>
        </w:rPr>
        <w:t>Urlaubsbescheinigung nach § 5 Absatz 1 des Bundesurlaubsgesetzes (BUrlG).</w:t>
      </w:r>
    </w:p>
    <w:p/>
    <w:p>
      <w:r>
        <w:rPr>
          <w:b/>
          <w:sz w:val="20"/>
        </w:rPr>
        <w:t>Der oben genannte Arbeitnehmer war im angegebenen Zeitraum vom Arbeitgeber zur Erholung freigestellt.</w:t>
      </w:r>
    </w:p>
    <w:p/>
    <w:p>
      <w:r>
        <w:rPr>
          <w:b/>
          <w:sz w:val="20"/>
        </w:rPr>
        <w:t>Arbeitgeber :</w:t>
      </w:r>
    </w:p>
    <w:p>
      <w:r>
        <w:rPr>
          <w:b w:val="0"/>
          <w:sz w:val="20"/>
        </w:rPr>
        <w:t>Firmenname : ____________________________________________________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/>
    <w:p>
      <w:r>
        <w:rPr>
          <w:b w:val="0"/>
          <w:sz w:val="20"/>
        </w:rPr>
        <w:t>Diese Bescheinigung dient als Nachweis für den Anspruch auf Erholungsurlaub und kann bei Bedarf vorgelegt werden.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https://mustergenau.com/urlaubsbescheinigung-muster/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urlaubsbescheinigung-muster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