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UNTERMIETVERTRAG FÜR LAGERRAUM</w:t>
      </w:r>
    </w:p>
    <w:p/>
    <w:p>
      <w:r>
        <w:rPr>
          <w:b/>
          <w:sz w:val="20"/>
        </w:rPr>
        <w:t>Zwischen dem Hauptmieter (nachfolgend „Vermieter“ genannt) und dem Untermieter wird folgender Untermietvertrag geschlossen:</w:t>
      </w:r>
    </w:p>
    <w:p/>
    <w:p>
      <w:r>
        <w:rPr>
          <w:b/>
          <w:sz w:val="20"/>
        </w:rPr>
        <w:t>Angaben des Vermieters (Hauptmieter) :</w:t>
      </w:r>
    </w:p>
    <w:p>
      <w:r>
        <w:rPr>
          <w:b w:val="0"/>
          <w:sz w:val="20"/>
        </w:rPr>
        <w:t>Name, Vorname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/>
    <w:p>
      <w:r>
        <w:rPr>
          <w:b/>
          <w:sz w:val="20"/>
        </w:rPr>
        <w:t>Angaben des Untermieters :</w:t>
      </w:r>
    </w:p>
    <w:p>
      <w:r>
        <w:rPr>
          <w:b w:val="0"/>
          <w:sz w:val="20"/>
        </w:rPr>
        <w:t>Name, Vorname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/>
    <w:p>
      <w:r>
        <w:rPr>
          <w:b/>
          <w:sz w:val="20"/>
        </w:rPr>
        <w:t>Mietgegenstand :</w:t>
      </w:r>
    </w:p>
    <w:p>
      <w:r>
        <w:rPr>
          <w:b w:val="0"/>
          <w:sz w:val="20"/>
        </w:rPr>
        <w:t>Der Untermieter mietet von dem Vermieter folgenden Lagerraum an:</w:t>
      </w:r>
    </w:p>
    <w:p>
      <w:r>
        <w:rPr>
          <w:b w:val="0"/>
          <w:sz w:val="20"/>
        </w:rPr>
        <w:t>Lage/Adresse des Lagerraums : ______________________________________________</w:t>
      </w:r>
    </w:p>
    <w:p>
      <w:r>
        <w:rPr>
          <w:b w:val="0"/>
          <w:sz w:val="20"/>
        </w:rPr>
        <w:t>Größe des Lagerraums (qm) : _______________________________________________</w:t>
      </w:r>
    </w:p>
    <w:p>
      <w:r>
        <w:rPr>
          <w:b w:val="0"/>
          <w:sz w:val="20"/>
        </w:rPr>
        <w:t>Zugangsmöglichkeiten : _____________________________________________________</w:t>
      </w:r>
    </w:p>
    <w:p/>
    <w:p>
      <w:r>
        <w:rPr>
          <w:b/>
          <w:sz w:val="20"/>
        </w:rPr>
        <w:t>Mietdauer :</w:t>
      </w:r>
    </w:p>
    <w:p>
      <w:r>
        <w:rPr>
          <w:b w:val="0"/>
          <w:sz w:val="20"/>
        </w:rPr>
        <w:t>Der Untermietvertrag beginnt am ____________________________ und läuft auf unbestimmte Zeit.</w:t>
      </w:r>
    </w:p>
    <w:p>
      <w:r>
        <w:rPr>
          <w:b w:val="0"/>
          <w:sz w:val="20"/>
        </w:rPr>
        <w:t>Beide Parteien können den Vertrag mit einer Frist von _______ Wochen zum Monatsende kündigen.</w:t>
      </w:r>
    </w:p>
    <w:p/>
    <w:p>
      <w:r>
        <w:rPr>
          <w:b/>
          <w:sz w:val="20"/>
        </w:rPr>
        <w:t>Miete und Zahlungsbedingungen :</w:t>
      </w:r>
    </w:p>
    <w:p>
      <w:r>
        <w:rPr>
          <w:b w:val="0"/>
          <w:sz w:val="20"/>
        </w:rPr>
        <w:t>Die monatliche Miete beträgt ___________________ EUR.</w:t>
      </w:r>
    </w:p>
    <w:p>
      <w:r>
        <w:rPr>
          <w:b w:val="0"/>
          <w:sz w:val="20"/>
        </w:rPr>
        <w:t>Nebenkosten (z.B. Strom, Reinigung) sind wie folgt geregelt: ____________________________</w:t>
      </w:r>
    </w:p>
    <w:p>
      <w:r>
        <w:rPr>
          <w:b w:val="0"/>
          <w:sz w:val="20"/>
        </w:rPr>
        <w:t>Die Miete ist monatlich im Voraus, spätestens bis zum 3. Werktag eines Monats, auf das Konto des Vermieters zu zahlen.</w:t>
      </w:r>
    </w:p>
    <w:p/>
    <w:p>
      <w:r>
        <w:rPr>
          <w:b/>
          <w:sz w:val="20"/>
        </w:rPr>
        <w:t>Nutzung des Lagerraums :</w:t>
      </w:r>
    </w:p>
    <w:p>
      <w:r>
        <w:rPr>
          <w:b w:val="0"/>
          <w:sz w:val="20"/>
        </w:rPr>
        <w:t>Der Lagerraum darf ausschließlich für die Lagerung von Gegenständen genutzt werden, die nicht gefährlich, leicht entzündlich oder gesetzlich verboten sind.</w:t>
      </w:r>
    </w:p>
    <w:p>
      <w:r>
        <w:rPr>
          <w:b w:val="0"/>
          <w:sz w:val="20"/>
        </w:rPr>
        <w:t>Der Untermieter verpflichtet sich, den Lagerraum pfleglich zu behandeln und keine baulichen Veränderungen vorzunehmen.</w:t>
      </w:r>
    </w:p>
    <w:p/>
    <w:p>
      <w:r>
        <w:rPr>
          <w:b/>
          <w:sz w:val="20"/>
        </w:rPr>
        <w:t>Haftung :</w:t>
      </w:r>
    </w:p>
    <w:p>
      <w:r>
        <w:rPr>
          <w:b w:val="0"/>
          <w:sz w:val="20"/>
        </w:rPr>
        <w:t>Der Vermieter haftet nicht für Schäden an den eingelagerten Gegenständen, außer bei Vorsatz oder grober Fahrlässigkeit.</w:t>
      </w:r>
    </w:p>
    <w:p>
      <w:r>
        <w:rPr>
          <w:b w:val="0"/>
          <w:sz w:val="20"/>
        </w:rPr>
        <w:t>Der Untermieter haftet für Schäden, die durch ihn oder Dritte verursacht werden.</w:t>
      </w:r>
    </w:p>
    <w:p/>
    <w:p>
      <w:r>
        <w:rPr>
          <w:b/>
          <w:sz w:val="20"/>
        </w:rPr>
        <w:t>Untervermietung und Überlassung an Dritte :</w:t>
      </w:r>
    </w:p>
    <w:p>
      <w:r>
        <w:rPr>
          <w:b w:val="0"/>
          <w:sz w:val="20"/>
        </w:rPr>
        <w:t>Die Untervermietung oder sonstige Überlassung des Lagerraums an Dritte ist nur mit schriftlicher Zustimmung des Vermieters erlaubt.</w:t>
      </w:r>
    </w:p>
    <w:p/>
    <w:p>
      <w:r>
        <w:rPr>
          <w:b/>
          <w:sz w:val="20"/>
        </w:rPr>
        <w:t>Beendigung des Vertrags :</w:t>
      </w:r>
    </w:p>
    <w:p>
      <w:r>
        <w:rPr>
          <w:b w:val="0"/>
          <w:sz w:val="20"/>
        </w:rPr>
        <w:t>Bei Beendigung des Untermietverhältnisses hat der Untermieter den Lagerraum geräumt und in ordnungsgemäßem Zustand zurückzugeben.</w:t>
      </w:r>
    </w:p>
    <w:p>
      <w:r>
        <w:rPr>
          <w:b w:val="0"/>
          <w:sz w:val="20"/>
        </w:rPr>
        <w:t>Eventuelle Schäden sind vom Untermieter zu beheben oder zu ersetzen.</w:t>
      </w:r>
    </w:p>
    <w:p/>
    <w:p>
      <w:r>
        <w:rPr>
          <w:b/>
          <w:sz w:val="20"/>
        </w:rPr>
        <w:t>Sonstige Vereinbarungen :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/>
    <w:p>
      <w:r>
        <w:rPr>
          <w:b/>
          <w:sz w:val="20"/>
        </w:rPr>
        <w:t>§ 1 – Vertragsparteien</w:t>
      </w:r>
    </w:p>
    <w:p>
      <w:r>
        <w:rPr>
          <w:b w:val="0"/>
          <w:sz w:val="20"/>
        </w:rPr>
        <w:t>Dieser Vertrag wird zwischen dem Hauptmieter (Vermieter) und dem Untermieter geschlossen und regelt das Untermietverhältnis des Lagerraums.</w:t>
      </w:r>
    </w:p>
    <w:p/>
    <w:p>
      <w:r>
        <w:rPr>
          <w:b/>
          <w:sz w:val="20"/>
        </w:rPr>
        <w:t>§ 2 – Mietgegenstand</w:t>
      </w:r>
    </w:p>
    <w:p>
      <w:r>
        <w:rPr>
          <w:b w:val="0"/>
          <w:sz w:val="20"/>
        </w:rPr>
        <w:t>Der Vermieter überlässt dem Untermieter den oben beschriebenen Lagerraum zur Nutzung.</w:t>
      </w:r>
    </w:p>
    <w:p/>
    <w:p>
      <w:r>
        <w:rPr>
          <w:b/>
          <w:sz w:val="20"/>
        </w:rPr>
        <w:t>§ 3 – Mietzeit und Kündigung</w:t>
      </w:r>
    </w:p>
    <w:p>
      <w:r>
        <w:rPr>
          <w:b w:val="0"/>
          <w:sz w:val="20"/>
        </w:rPr>
        <w:t>Der Vertrag beginnt mit der Unterzeichnung und läuft auf unbestimmte Zeit. Eine Kündigung ist mit der vereinbarten Frist möglich.</w:t>
      </w:r>
    </w:p>
    <w:p/>
    <w:p>
      <w:r>
        <w:rPr>
          <w:b/>
          <w:sz w:val="20"/>
        </w:rPr>
        <w:t>§ 4 – Miete und Zahlungsbedingungen</w:t>
      </w:r>
    </w:p>
    <w:p>
      <w:r>
        <w:rPr>
          <w:b w:val="0"/>
          <w:sz w:val="20"/>
        </w:rPr>
        <w:t>Die Miete ist wie vereinbart zu zahlen. Kommt der Untermieter mit der Zahlung in Verzug, gelten die gesetzlichen Regelungen.</w:t>
      </w:r>
    </w:p>
    <w:p/>
    <w:p>
      <w:r>
        <w:rPr>
          <w:b/>
          <w:sz w:val="20"/>
        </w:rPr>
        <w:t>§ 5 – Nutzung und Pflichten des Untermieters</w:t>
      </w:r>
    </w:p>
    <w:p>
      <w:r>
        <w:rPr>
          <w:b w:val="0"/>
          <w:sz w:val="20"/>
        </w:rPr>
        <w:t>Der Untermieter verpflichtet sich zur ordnungsgemäßen Nutzung und Einhaltung aller vertraglichen Pflichten.</w:t>
      </w:r>
    </w:p>
    <w:p/>
    <w:p>
      <w:r>
        <w:rPr>
          <w:b/>
          <w:sz w:val="20"/>
        </w:rPr>
        <w:t>§ 6 – Haftung</w:t>
      </w:r>
    </w:p>
    <w:p>
      <w:r>
        <w:rPr>
          <w:b w:val="0"/>
          <w:sz w:val="20"/>
        </w:rPr>
        <w:t>Die Haftung richtet sich nach den oben genannten Bedingungen und gesetzlichen Vorschriften.</w:t>
      </w:r>
    </w:p>
    <w:p/>
    <w:p>
      <w:r>
        <w:rPr>
          <w:b/>
          <w:sz w:val="20"/>
        </w:rPr>
        <w:t>§ 7 – Sonstiges</w:t>
      </w:r>
    </w:p>
    <w:p>
      <w:r>
        <w:rPr>
          <w:b w:val="0"/>
          <w:sz w:val="20"/>
        </w:rPr>
        <w:t>Änderungen und Ergänzungen dieses Vertrages bedürfen der Schriftform. Sollte eine Bestimmung unwirksam sein, bleibt der Vertrag im Übrigen wirksam.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 (Hauptmieter)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https://mustergenau.com/untermietvertrag-lagerraum-vorlage/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untermietvertrag-lagerraum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