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ANFRAGE UM KULANZ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höflich um Kulanz hinsichtlich der folgenden Angelegenheit bitten.</w:t>
      </w:r>
    </w:p>
    <w:p/>
    <w:p>
      <w:r>
        <w:rPr>
          <w:b/>
          <w:sz w:val="20"/>
        </w:rPr>
        <w:t>Sachverhalt:</w:t>
      </w:r>
    </w:p>
    <w:p>
      <w:r>
        <w:rPr>
          <w:b w:val="0"/>
          <w:sz w:val="20"/>
        </w:rPr>
        <w:t>Ich habe bei Ihnen am _____________________________ bestellt bzw. eine Dienstleistung in Anspruch genommen. Leider ist folgendes Problem aufgetreten: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</w:t>
      </w:r>
    </w:p>
    <w:p/>
    <w:p>
      <w:r>
        <w:rPr>
          <w:b w:val="0"/>
          <w:sz w:val="20"/>
        </w:rPr>
        <w:t>Ich bitte Sie daher um eine kulante Lösung, zum Beispiel durch eine Ersatzlieferung, Reparatur oder Rückerstattung.</w:t>
      </w:r>
    </w:p>
    <w:p/>
    <w:p>
      <w:r>
        <w:rPr>
          <w:b w:val="0"/>
          <w:sz w:val="20"/>
        </w:rPr>
        <w:t>Ich bin mir bewusst, dass kein gesetzlicher Anspruch auf Kulanz besteht, dennoch hoffe ich auf Ihr Verständnis und Ihre Unterstützung.</w:t>
      </w:r>
    </w:p>
    <w:p/>
    <w:p>
      <w:r>
        <w:rPr>
          <w:b w:val="0"/>
          <w:sz w:val="20"/>
        </w:rPr>
        <w:t>Für Ihre Bemühungen danke ich Ihnen im Voraus und freue mich auf eine positive Rückmeldung.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Name, Vorname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https://mustergenau.com/um-kulanz-bitten-email/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um-kulanz-bitten-email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