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BETREUUNGSVERTRAGS</w:t>
      </w:r>
    </w:p>
    <w:p/>
    <w:p>
      <w:r>
        <w:rPr>
          <w:b w:val="0"/>
          <w:sz w:val="20"/>
        </w:rPr>
        <w:t>An:</w:t>
      </w:r>
    </w:p>
    <w:p>
      <w:r>
        <w:rPr>
          <w:b w:val="0"/>
          <w:sz w:val="20"/>
        </w:rPr>
        <w:t>Tagesmutter / Betreuungseinrichtung</w:t>
      </w:r>
    </w:p>
    <w:p>
      <w:r>
        <w:rPr>
          <w:b w:val="0"/>
          <w:sz w:val="20"/>
        </w:rPr>
        <w:t>__________________________________________________</w:t>
      </w:r>
    </w:p>
    <w:p>
      <w:r>
        <w:rPr>
          <w:b w:val="0"/>
          <w:sz w:val="20"/>
        </w:rPr>
        <w:t>__________________________________________________</w:t>
      </w:r>
    </w:p>
    <w:p/>
    <w:p/>
    <w:p>
      <w:r>
        <w:rPr>
          <w:b/>
          <w:sz w:val="20"/>
        </w:rPr>
        <w:t>Betreff: Kündigung des Betreuungsvertrags für den Kita-Platz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den Betreuungsvertrag für mein Kind mit sofortiger Wirkung bzw. unter Einhaltung der vertraglich vereinbarten Kündigungsfrist.</w:t>
      </w:r>
    </w:p>
    <w:p/>
    <w:p>
      <w:r>
        <w:rPr>
          <w:b w:val="0"/>
          <w:sz w:val="20"/>
        </w:rPr>
        <w:t>Grund für die Kündigung ist die erfolgreiche Vermittlung eines Kita-Platzes, wodurch die Betreuung durch Sie nicht mehr erforderlich ist.</w:t>
      </w:r>
    </w:p>
    <w:p/>
    <w:p>
      <w:r>
        <w:rPr>
          <w:b w:val="0"/>
          <w:sz w:val="20"/>
        </w:rPr>
        <w:t>Ich bitte Sie höflich, mir den Erhalt dieser Kündigung sowie das Vertragsende schriftlich zu bestätigen.</w:t>
      </w:r>
    </w:p>
    <w:p/>
    <w:p>
      <w:r>
        <w:rPr>
          <w:b w:val="0"/>
          <w:sz w:val="20"/>
        </w:rPr>
        <w:t>Bitte teilen Sie mir mit, falls noch Unterlagen, Schlüssel oder sonstige Dinge zurückgegeben werden müssen.</w:t>
      </w:r>
    </w:p>
    <w:p/>
    <w:p>
      <w:r>
        <w:rPr>
          <w:b w:val="0"/>
          <w:sz w:val="20"/>
        </w:rPr>
        <w:t>Ich bedanke mich herzlich für die bisherige Betreuung und wünsche Ihnen weiterhin viel Erfolg.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Erziehungsberechtigte/r: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https://mustergenau.com/tagesmutter-kundigen-wegen-kita-platz/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tagesmutter-kundigen-wegen-kita-platz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