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STECKBRIEF NEUER MITARBEITER</w:t>
      </w:r>
    </w:p>
    <w:p/>
    <w:p>
      <w:r>
        <w:rPr>
          <w:b/>
          <w:sz w:val="20"/>
        </w:rPr>
        <w:t>Persönliche Daten: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Geburtsort : _________________________________________________________</w:t>
      </w:r>
    </w:p>
    <w:p>
      <w:r>
        <w:rPr>
          <w:b w:val="0"/>
          <w:sz w:val="20"/>
        </w:rPr>
        <w:t>Staatsangehörigkeit : _________________________________________________</w:t>
      </w:r>
    </w:p>
    <w:p>
      <w:r>
        <w:rPr>
          <w:b w:val="0"/>
          <w:sz w:val="20"/>
        </w:rPr>
        <w:t>Familienstand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>
      <w:r>
        <w:rPr>
          <w:b w:val="0"/>
          <w:sz w:val="20"/>
        </w:rPr>
        <w:t>E-Mail-Adresse : ______________________________________________________</w:t>
      </w:r>
    </w:p>
    <w:p/>
    <w:p>
      <w:r>
        <w:rPr>
          <w:b/>
          <w:sz w:val="20"/>
        </w:rPr>
        <w:t>Beschäftigungsdaten:</w:t>
      </w:r>
    </w:p>
    <w:p>
      <w:r>
        <w:rPr>
          <w:b w:val="0"/>
          <w:sz w:val="20"/>
        </w:rPr>
        <w:t>Position / Tätigkeit : ________________________________________________</w:t>
      </w:r>
    </w:p>
    <w:p>
      <w:r>
        <w:rPr>
          <w:b w:val="0"/>
          <w:sz w:val="20"/>
        </w:rPr>
        <w:t>Abteilung : __________________________________________________________</w:t>
      </w:r>
    </w:p>
    <w:p>
      <w:r>
        <w:rPr>
          <w:b w:val="0"/>
          <w:sz w:val="20"/>
        </w:rPr>
        <w:t>Beschäftigungsart (Vollzeit/Teilzeit) : ________________________________</w:t>
      </w:r>
    </w:p>
    <w:p>
      <w:r>
        <w:rPr>
          <w:b w:val="0"/>
          <w:sz w:val="20"/>
        </w:rPr>
        <w:t>Arbeitsbeginn : ______________________________________________________</w:t>
      </w:r>
    </w:p>
    <w:p/>
    <w:p>
      <w:r>
        <w:rPr>
          <w:b/>
          <w:sz w:val="20"/>
        </w:rPr>
        <w:t>Bankverbindung:</w:t>
      </w:r>
    </w:p>
    <w:p>
      <w:r>
        <w:rPr>
          <w:b w:val="0"/>
          <w:sz w:val="20"/>
        </w:rPr>
        <w:t>Kontoinhaber : _______________________________________________________</w:t>
      </w:r>
    </w:p>
    <w:p>
      <w:r>
        <w:rPr>
          <w:b w:val="0"/>
          <w:sz w:val="20"/>
        </w:rPr>
        <w:t>IBAN : _______________________________________________________________</w:t>
      </w:r>
    </w:p>
    <w:p>
      <w:r>
        <w:rPr>
          <w:b w:val="0"/>
          <w:sz w:val="20"/>
        </w:rPr>
        <w:t>BIC : ________________________________________________________________</w:t>
      </w:r>
    </w:p>
    <w:p/>
    <w:p>
      <w:r>
        <w:rPr>
          <w:b/>
          <w:sz w:val="20"/>
        </w:rPr>
        <w:t>Steuer- und Sozialversicherungsdaten:</w:t>
      </w:r>
    </w:p>
    <w:p>
      <w:r>
        <w:rPr>
          <w:b w:val="0"/>
          <w:sz w:val="20"/>
        </w:rPr>
        <w:t>Steuerklasse : _______________________________________________________</w:t>
      </w:r>
    </w:p>
    <w:p>
      <w:r>
        <w:rPr>
          <w:b w:val="0"/>
          <w:sz w:val="20"/>
        </w:rPr>
        <w:t>Sozialversicherungsnummer : __________________________________________</w:t>
      </w:r>
    </w:p>
    <w:p>
      <w:r>
        <w:rPr>
          <w:b w:val="0"/>
          <w:sz w:val="20"/>
        </w:rPr>
        <w:t>Krankenversicherung : _______________________________________________</w:t>
      </w:r>
    </w:p>
    <w:p>
      <w:r>
        <w:rPr>
          <w:b w:val="0"/>
          <w:sz w:val="20"/>
        </w:rPr>
        <w:t>Rentenversicherung : _________________________________________________</w:t>
      </w:r>
    </w:p>
    <w:p>
      <w:r>
        <w:rPr>
          <w:b w:val="0"/>
          <w:sz w:val="20"/>
        </w:rPr>
        <w:t>Unfallversicherung : _________________________________________________</w:t>
      </w:r>
    </w:p>
    <w:p/>
    <w:p>
      <w:r>
        <w:rPr>
          <w:b/>
          <w:sz w:val="20"/>
        </w:rPr>
        <w:t>Notfallkontakt:</w:t>
      </w:r>
    </w:p>
    <w:p>
      <w:r>
        <w:rPr>
          <w:b w:val="0"/>
          <w:sz w:val="20"/>
        </w:rPr>
        <w:t>Name : _______________________________________________________________</w:t>
      </w:r>
    </w:p>
    <w:p>
      <w:r>
        <w:rPr>
          <w:b w:val="0"/>
          <w:sz w:val="20"/>
        </w:rPr>
        <w:t>Verwandtschaftsverhältnis : 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Mitarbeiter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Personalabteilung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https://mustergenau.com/steckbrief-neuer-mitarbeiter-vorlage/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steckbrief-neuer-mitarbeiter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