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SKY VERTRAG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Straße und Hausnummer : ____________________________________________</w:t>
      </w:r>
    </w:p>
    <w:p>
      <w:r>
        <w:rPr>
          <w:b w:val="0"/>
          <w:sz w:val="20"/>
        </w:rPr>
        <w:t>PLZ und Ort : _____________________________________________________</w:t>
      </w:r>
    </w:p>
    <w:p>
      <w:r>
        <w:rPr>
          <w:b w:val="0"/>
          <w:sz w:val="20"/>
        </w:rPr>
        <w:t>Kundennummer (falls bekannt) : 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Sky Deutschland Fernsehen GmbH &amp; Co. KG</w:t>
      </w:r>
    </w:p>
    <w:p>
      <w:r>
        <w:rPr>
          <w:b w:val="0"/>
          <w:sz w:val="20"/>
        </w:rPr>
        <w:t>Medienallee 26</w:t>
      </w:r>
    </w:p>
    <w:p>
      <w:r>
        <w:rPr>
          <w:b w:val="0"/>
          <w:sz w:val="20"/>
        </w:rPr>
        <w:t>85774 Unterföhring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meines Sky Vertrages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meinen mit Ihnen bestehenden Sky Vertrag fristgerecht und ordentlich zum nächstmöglichen Zeitpunkt. Bitte bestätigen Sie mir die Kündigung schriftlich und teilen Sie mir das Vertragsende mit.</w:t>
      </w:r>
    </w:p>
    <w:p/>
    <w:p>
      <w:r>
        <w:rPr>
          <w:b w:val="0"/>
          <w:sz w:val="20"/>
        </w:rPr>
        <w:t>Ich bitte Sie außerdem, keine weiteren Werbeanrufe oder Angebote an mich zu richten.</w:t>
      </w:r>
    </w:p>
    <w:p/>
    <w:p>
      <w:r>
        <w:rPr>
          <w:b w:val="0"/>
          <w:sz w:val="20"/>
        </w:rPr>
        <w:t>Mit freundlichen Grüßen</w:t>
      </w:r>
    </w:p>
    <w:p/>
    <w:p/>
    <w:p/>
    <w:p>
      <w:r>
        <w:rPr>
          <w:b w:val="0"/>
          <w:sz w:val="20"/>
        </w:rPr>
        <w:t>Ort : __________________________________________</w:t>
      </w:r>
    </w:p>
    <w:p>
      <w:r>
        <w:rPr>
          <w:b w:val="0"/>
          <w:sz w:val="20"/>
        </w:rPr>
        <w:t>Datum : 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: 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https://mustergenau.com/sky-kundigung-vorlage/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sky-kundigung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