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SCHREIBEN AN DEN VERMIETER</w:t>
      </w:r>
    </w:p>
    <w:p>
      <w:pPr>
        <w:jc w:val="center"/>
      </w:pPr>
      <w:r>
        <w:rPr>
          <w:b/>
          <w:sz w:val="20"/>
        </w:rPr>
        <w:t>Betreff: Treppenhausreinigung</w:t>
      </w:r>
    </w:p>
    <w:p/>
    <w:p/>
    <w:p>
      <w:r>
        <w:rPr>
          <w:b/>
          <w:sz w:val="20"/>
        </w:rPr>
        <w:t>Absender:</w:t>
      </w:r>
    </w:p>
    <w:p>
      <w:r>
        <w:rPr>
          <w:b w:val="0"/>
          <w:sz w:val="20"/>
        </w:rPr>
        <w:t>Name: _____________________________________________________________</w:t>
      </w:r>
    </w:p>
    <w:p>
      <w:r>
        <w:rPr>
          <w:b w:val="0"/>
          <w:sz w:val="20"/>
        </w:rPr>
        <w:t>Anschrift: _________________________________________________________</w:t>
      </w:r>
    </w:p>
    <w:p>
      <w:r>
        <w:rPr>
          <w:b w:val="0"/>
          <w:sz w:val="20"/>
        </w:rPr>
        <w:t>Telefonnummer: _____________________________________________________</w:t>
      </w:r>
    </w:p>
    <w:p/>
    <w:p>
      <w:r>
        <w:rPr>
          <w:b/>
          <w:sz w:val="20"/>
        </w:rPr>
        <w:t>Empfänger:</w:t>
      </w:r>
    </w:p>
    <w:p>
      <w:r>
        <w:rPr>
          <w:b w:val="0"/>
          <w:sz w:val="20"/>
        </w:rPr>
        <w:t>Herr/Frau: _________________________________________________________</w:t>
      </w:r>
    </w:p>
    <w:p>
      <w:r>
        <w:rPr>
          <w:b w:val="0"/>
          <w:sz w:val="20"/>
        </w:rPr>
        <w:t>Adresse der Mietwohnung: ____________________________________________</w:t>
      </w:r>
    </w:p>
    <w:p/>
    <w:p/>
    <w:p>
      <w:r>
        <w:rPr>
          <w:b w:val="0"/>
          <w:sz w:val="20"/>
        </w:rPr>
        <w:t>Sehr geehrte Damen und Herren,</w:t>
      </w:r>
    </w:p>
    <w:p/>
    <w:p>
      <w:r>
        <w:rPr>
          <w:b w:val="0"/>
          <w:sz w:val="20"/>
        </w:rPr>
        <w:t>hiermit möchte ich Sie darauf hinweisen, dass die Reinigung des Treppenhauses in unserem Mietobjekt nicht den vertraglichen Vereinbarungen entspricht.</w:t>
      </w:r>
    </w:p>
    <w:p>
      <w:r>
        <w:rPr>
          <w:b w:val="0"/>
          <w:sz w:val="20"/>
        </w:rPr>
        <w:t>Das Treppenhaus ist in letzter Zeit mehrfach unzureichend gereinigt worden, was das Wohnumfeld erheblich beeinträchtigt.</w:t>
      </w:r>
    </w:p>
    <w:p/>
    <w:p>
      <w:r>
        <w:rPr>
          <w:b w:val="0"/>
          <w:sz w:val="20"/>
        </w:rPr>
        <w:t>Gemäß § 535 BGB sind Sie als Vermieter verpflichtet, die Mietsache in einem zum vertragsgemäßen Gebrauch geeigneten Zustand zu erhalten. Dazu zählt auch die regelmäßige und ordnungsgemäße Reinigung gemeinschaftlich genutzter Bereiche wie des Treppenhauses.</w:t>
      </w:r>
    </w:p>
    <w:p/>
    <w:p>
      <w:r>
        <w:rPr>
          <w:b w:val="0"/>
          <w:sz w:val="20"/>
        </w:rPr>
        <w:t>Ich bitte Sie daher, die Treppenhausreinigung künftig zuverlässiger und gründlicher durchführen zu lassen.</w:t>
      </w:r>
    </w:p>
    <w:p>
      <w:r>
        <w:rPr>
          <w:b w:val="0"/>
          <w:sz w:val="20"/>
        </w:rPr>
        <w:t>Sollte innerhalb der nächsten 14 Tage keine Verbesserung eintreten, sehe ich mich gezwungen, weitere Schritte zu prüfen.</w:t>
      </w:r>
    </w:p>
    <w:p/>
    <w:p>
      <w:r>
        <w:rPr>
          <w:b w:val="0"/>
          <w:sz w:val="20"/>
        </w:rPr>
        <w:t>Für Rückfragen stehe ich Ihnen gerne zur Verfügung.</w:t>
      </w:r>
    </w:p>
    <w:p/>
    <w:p/>
    <w:p>
      <w:r>
        <w:rPr>
          <w:b w:val="0"/>
          <w:sz w:val="20"/>
        </w:rPr>
        <w:t>Mit freundlichen Grüßen,</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r>
              <w:t>Unterschrift:</w:t>
            </w:r>
          </w:p>
        </w:tc>
      </w:tr>
      <w:tr>
        <w:tc>
          <w:tcPr>
            <w:tcW w:type="dxa" w:w="9972"/>
            <w:tcBorders>
              <w:top w:val="nil"/>
              <w:left w:val="nil"/>
              <w:bottom w:val="nil"/>
              <w:right w:val="nil"/>
              <w:insideH w:val="nil"/>
              <w:insideV w:val="nil"/>
            </w:tcBorders>
          </w:tcPr>
          <w:p>
            <w:r>
              <w:br/>
              <w:br/>
              <w:t>______________________________</w:t>
            </w:r>
          </w:p>
        </w:tc>
      </w:tr>
      <w:tr>
        <w:tc>
          <w:tcPr>
            <w:tcW w:type="dxa" w:w="9972"/>
            <w:tcBorders>
              <w:top w:val="nil"/>
              <w:left w:val="nil"/>
              <w:bottom w:val="nil"/>
              <w:right w:val="nil"/>
              <w:insideH w:val="nil"/>
              <w:insideV w:val="nil"/>
            </w:tcBorders>
          </w:tcPr>
          <w:p>
            <w:r>
              <w:t>Name: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https://mustergenau.com/schreiben-an-vermieter-treppenhausreinigung-muster/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schreiben-an-vermieter-treppenhausreinigung-muster/"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