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SCHADENSERSATZFORDERUNG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>
      <w:r>
        <w:rPr>
          <w:b w:val="0"/>
          <w:sz w:val="20"/>
        </w:rPr>
        <w:t>E-Mail : _________________________________________________________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/ Firma : 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Forderung von Schadensersatz wegen entstandener Schäden</w:t>
      </w:r>
    </w:p>
    <w:p/>
    <w:p>
      <w:r>
        <w:rPr>
          <w:b w:val="0"/>
          <w:sz w:val="20"/>
        </w:rPr>
        <w:t>Sehr geehrte Damen und Herren,</w:t>
      </w:r>
    </w:p>
    <w:p>
      <w:r>
        <w:rPr>
          <w:b w:val="0"/>
          <w:sz w:val="20"/>
        </w:rPr>
        <w:t>hiermit fordere ich Sie auf, den entstandenen Schaden ersatzweise zu ersetzen. Die Einzelheiten entnehmen Sie bitte den folgenden Ausführungen.</w:t>
      </w:r>
    </w:p>
    <w:p/>
    <w:p>
      <w:r>
        <w:rPr>
          <w:b/>
          <w:sz w:val="20"/>
        </w:rPr>
        <w:t>Sachverhalt :</w:t>
      </w:r>
    </w:p>
    <w:p>
      <w:r>
        <w:rPr>
          <w:b w:val="0"/>
          <w:sz w:val="20"/>
        </w:rPr>
        <w:t>Am _______ kam es zu folgendem Vorfall, der den Schaden verursacht hat: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Art und Umfang des Schadens :</w:t>
      </w:r>
    </w:p>
    <w:p>
      <w:r>
        <w:rPr>
          <w:b w:val="0"/>
          <w:sz w:val="20"/>
        </w:rPr>
        <w:t>Der entstandene Schaden umfasst insbesondere folgende Punkte: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Rechtsgrundlage der Forderung :</w:t>
      </w:r>
    </w:p>
    <w:p>
      <w:r>
        <w:rPr>
          <w:b w:val="0"/>
          <w:sz w:val="20"/>
        </w:rPr>
        <w:t>Die Schadensersatzforderung basiert auf den Vorschriften des Bürgerlichen Gesetzbuches (BGB), insbesondere §§ 823 ff. BGB.</w:t>
      </w:r>
    </w:p>
    <w:p/>
    <w:p>
      <w:r>
        <w:rPr>
          <w:b/>
          <w:sz w:val="20"/>
        </w:rPr>
        <w:t>Forderung :</w:t>
      </w:r>
    </w:p>
    <w:p>
      <w:r>
        <w:rPr>
          <w:b w:val="0"/>
          <w:sz w:val="20"/>
        </w:rPr>
        <w:t>Ich fordere Sie hiermit auf, den oben genannten Schaden in voller Höhe von _________________ EUR binnen 14 Tagen ab Zugang dieses Schreibens zu ersetzen.</w:t>
      </w:r>
    </w:p>
    <w:p/>
    <w:p>
      <w:r>
        <w:rPr>
          <w:b/>
          <w:sz w:val="20"/>
        </w:rPr>
        <w:t>Zahlungsweise :</w:t>
      </w:r>
    </w:p>
    <w:p>
      <w:r>
        <w:rPr>
          <w:b w:val="0"/>
          <w:sz w:val="20"/>
        </w:rPr>
        <w:t>Bitte überweisen Sie den Betrag auf folgendes Konto:</w:t>
      </w:r>
    </w:p>
    <w:p>
      <w:r>
        <w:rPr>
          <w:b w:val="0"/>
          <w:sz w:val="20"/>
        </w:rPr>
        <w:t>Kontoinhaber : _________________________________________________</w:t>
      </w:r>
    </w:p>
    <w:p>
      <w:r>
        <w:rPr>
          <w:b w:val="0"/>
          <w:sz w:val="20"/>
        </w:rPr>
        <w:t>IBAN : _________________________________________________________</w:t>
      </w:r>
    </w:p>
    <w:p>
      <w:r>
        <w:rPr>
          <w:b w:val="0"/>
          <w:sz w:val="20"/>
        </w:rPr>
        <w:t>BIC : __________________________________________________________</w:t>
      </w:r>
    </w:p>
    <w:p/>
    <w:p>
      <w:r>
        <w:rPr>
          <w:b/>
          <w:sz w:val="20"/>
        </w:rPr>
        <w:t>Rechtliche Hinweise :</w:t>
      </w:r>
    </w:p>
    <w:p>
      <w:r>
        <w:rPr>
          <w:b w:val="0"/>
          <w:sz w:val="20"/>
        </w:rPr>
        <w:t>Sollte die Forderung nicht fristgerecht erfüllt werden, behalte ich mir weitere rechtliche Schritte vor, einschließlich der Einschaltung eines Rechtsanwalts und gerichtlicher Geltendmachung.</w:t>
      </w:r>
    </w:p>
    <w:p/>
    <w:p>
      <w:r>
        <w:rPr>
          <w:b w:val="0"/>
          <w:sz w:val="20"/>
        </w:rPr>
        <w:t>Mit freundlichen Grüßen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https://mustergenau.com/schadensersatzforderung-vorlage/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schadensersatzforderung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