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RÜCKTRITT ALS BETRIEBSRAT NACHRÜCKER</w:t>
      </w:r>
    </w:p>
    <w:p/>
    <w:p/>
    <w:p>
      <w:r>
        <w:rPr>
          <w:b/>
          <w:sz w:val="20"/>
        </w:rPr>
        <w:t>Absender:</w:t>
      </w:r>
    </w:p>
    <w:p>
      <w:r>
        <w:rPr>
          <w:b w:val="0"/>
          <w:sz w:val="20"/>
        </w:rPr>
        <w:t>Vor- und Nachname : _________________________________________________</w:t>
      </w:r>
    </w:p>
    <w:p>
      <w:r>
        <w:rPr>
          <w:b w:val="0"/>
          <w:sz w:val="20"/>
        </w:rPr>
        <w:t>Anschrift : ___________________________________________________________</w:t>
      </w:r>
    </w:p>
    <w:p>
      <w:r>
        <w:rPr>
          <w:b w:val="0"/>
          <w:sz w:val="20"/>
        </w:rPr>
        <w:t>Telefonnummer : ______________________________________________________</w:t>
      </w:r>
    </w:p>
    <w:p/>
    <w:p>
      <w:r>
        <w:rPr>
          <w:b/>
          <w:sz w:val="20"/>
        </w:rPr>
        <w:t>Empfänger:</w:t>
      </w:r>
    </w:p>
    <w:p>
      <w:r>
        <w:rPr>
          <w:b w:val="0"/>
          <w:sz w:val="20"/>
        </w:rPr>
        <w:t>Betriebsrat der Firma : _______________________________________________</w:t>
      </w:r>
    </w:p>
    <w:p>
      <w:r>
        <w:rPr>
          <w:b w:val="0"/>
          <w:sz w:val="20"/>
        </w:rPr>
        <w:t>Anschrift : ___________________________________________________________</w:t>
      </w:r>
    </w:p>
    <w:p/>
    <w:p/>
    <w:p>
      <w:r>
        <w:rPr>
          <w:b/>
          <w:sz w:val="20"/>
        </w:rPr>
        <w:t>Betreff: Rücktritt vom Amt als Nachrücker im Betriebsrat</w:t>
      </w:r>
    </w:p>
    <w:p/>
    <w:p/>
    <w:p>
      <w:r>
        <w:rPr>
          <w:b w:val="0"/>
          <w:sz w:val="20"/>
        </w:rPr>
        <w:t>Sehr geehrte Damen und Herren,</w:t>
      </w:r>
    </w:p>
    <w:p/>
    <w:p>
      <w:r>
        <w:rPr>
          <w:b w:val="0"/>
          <w:sz w:val="20"/>
        </w:rPr>
        <w:t>hiermit erkläre ich meinen Rücktritt vom Amt als Nachrücker im Betriebsrat der oben genannten Firma. Ich danke für das mir entgegengebrachte Vertrauen, möchte dieses Amt jedoch aus persönlichen Gründen nicht weiter ausüben.</w:t>
      </w:r>
    </w:p>
    <w:p/>
    <w:p>
      <w:r>
        <w:rPr>
          <w:b w:val="0"/>
          <w:sz w:val="20"/>
        </w:rPr>
        <w:t>Ich bitte Sie, meine Rücktrittserklärung zur Kenntnis zu nehmen und die notwendigen Schritte einzuleiten.</w:t>
      </w:r>
    </w:p>
    <w:p/>
    <w:p/>
    <w:p>
      <w:r>
        <w:rPr>
          <w:b w:val="0"/>
          <w:sz w:val="20"/>
        </w:rPr>
        <w:t>Mit freundlichen Grüßen,</w:t>
      </w:r>
    </w:p>
    <w:p/>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center"/>
            </w:pPr>
            <w:r>
              <w:t>______________________________</w:t>
            </w:r>
          </w:p>
        </w:tc>
      </w:tr>
      <w:tr>
        <w:tc>
          <w:tcPr>
            <w:tcW w:type="dxa" w:w="9972"/>
            <w:tcBorders>
              <w:top w:val="nil"/>
              <w:left w:val="nil"/>
              <w:bottom w:val="nil"/>
              <w:right w:val="nil"/>
              <w:insideH w:val="nil"/>
              <w:insideV w:val="nil"/>
            </w:tcBorders>
          </w:tcPr>
          <w:p>
            <w:pPr>
              <w:jc w:val="center"/>
            </w:pPr>
            <w:r>
              <w:t>Unterschrift</w:t>
            </w:r>
          </w:p>
        </w:tc>
      </w:tr>
    </w:tbl>
    <w:p/>
    <w:p/>
    <w:p>
      <w:r>
        <w:rPr>
          <w:b w:val="0"/>
          <w:sz w:val="20"/>
        </w:rPr>
        <w:t>Bitte bestätigen Sie den Eingang dieses Schreibens schriftlich.</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left"/>
            </w:pPr>
            <w:r>
              <w:t>Ort, Datum:</w:t>
            </w:r>
          </w:p>
        </w:tc>
        <w:tc>
          <w:tcPr>
            <w:tcW w:type="dxa" w:w="4986"/>
            <w:tcBorders>
              <w:top w:val="nil"/>
              <w:left w:val="nil"/>
              <w:bottom w:val="nil"/>
              <w:right w:val="nil"/>
              <w:insideH w:val="nil"/>
              <w:insideV w:val="nil"/>
            </w:tcBorders>
          </w:tcPr>
          <w:p>
            <w:pPr>
              <w:jc w:val="left"/>
            </w:pPr>
            <w:r>
              <w:t>___________________________</w:t>
            </w:r>
          </w:p>
        </w:tc>
      </w:tr>
      <w:tr>
        <w:tc>
          <w:tcPr>
            <w:tcW w:type="dxa" w:w="4986"/>
            <w:tcBorders>
              <w:top w:val="nil"/>
              <w:left w:val="nil"/>
              <w:bottom w:val="nil"/>
              <w:right w:val="nil"/>
              <w:insideH w:val="nil"/>
              <w:insideV w:val="nil"/>
            </w:tcBorders>
          </w:tcPr>
          <w:p>
            <w:pPr>
              <w:jc w:val="left"/>
            </w:pPr>
            <w:r>
              <w:t>Name des Betriebsratsvorsitzenden:</w:t>
            </w:r>
          </w:p>
        </w:tc>
        <w:tc>
          <w:tcPr>
            <w:tcW w:type="dxa" w:w="4986"/>
            <w:tcBorders>
              <w:top w:val="nil"/>
              <w:left w:val="nil"/>
              <w:bottom w:val="nil"/>
              <w:right w:val="nil"/>
              <w:insideH w:val="nil"/>
              <w:insideV w:val="nil"/>
            </w:tcBorders>
          </w:tcPr>
          <w:p>
            <w:pPr>
              <w:jc w:val="left"/>
            </w:pPr>
            <w:r>
              <w:t>___________________________</w:t>
            </w:r>
          </w:p>
        </w:tc>
      </w:tr>
      <w:tr>
        <w:tc>
          <w:tcPr>
            <w:tcW w:type="dxa" w:w="4986"/>
            <w:tcBorders>
              <w:top w:val="nil"/>
              <w:left w:val="nil"/>
              <w:bottom w:val="nil"/>
              <w:right w:val="nil"/>
              <w:insideH w:val="nil"/>
              <w:insideV w:val="nil"/>
            </w:tcBorders>
          </w:tcPr>
          <w:p>
            <w:pPr>
              <w:jc w:val="left"/>
            </w:pPr>
            <w:r>
              <w:t>Unterschrift:</w:t>
            </w:r>
          </w:p>
        </w:tc>
        <w:tc>
          <w:tcPr>
            <w:tcW w:type="dxa" w:w="4986"/>
            <w:tcBorders>
              <w:top w:val="nil"/>
              <w:left w:val="nil"/>
              <w:bottom w:val="nil"/>
              <w:right w:val="nil"/>
              <w:insideH w:val="nil"/>
              <w:insideV w:val="nil"/>
            </w:tcBorders>
          </w:tcPr>
          <w:p>
            <w:pPr>
              <w:jc w:val="left"/>
            </w:pPr>
            <w:r>
              <w:t>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https://mustergenau.com/rucktritt-betriebsrat-nachrucker-musterbrief/</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https://mustergenau.com</w:t>
        </w:r>
      </w:hyperlink>
    </w:p>
    <w:p>
      <w:pPr>
        <w:jc w:val="center"/>
      </w:pPr>
      <w:r>
        <w:rPr>
          <w:color w:val="808080"/>
          <w:sz w:val="20"/>
        </w:rPr>
        <w:t>Diese Vorlage ist ausschließlich für den persönlichen, nicht kommerziellen Gebrauch bestimmt.</w:t>
        <w:br/>
        <w:t>Bei Weitergabe oder Veröffentlichung ist die Nennung der Quelle verpflichtend. © mustergenau.com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ustergenau.com/rucktritt-betriebsrat-nachrucker-musterbrief/" TargetMode="External"/><Relationship Id="rId10" Type="http://schemas.openxmlformats.org/officeDocument/2006/relationships/hyperlink" Target="https://mustergen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