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REPARATURPROTOKOLL</w:t>
      </w:r>
    </w:p>
    <w:p/>
    <w:p>
      <w:r>
        <w:rPr>
          <w:b/>
          <w:sz w:val="20"/>
        </w:rPr>
        <w:t>Angaben zum Auftraggeber :</w:t>
      </w:r>
    </w:p>
    <w:p>
      <w:r>
        <w:rPr>
          <w:b w:val="0"/>
          <w:sz w:val="20"/>
        </w:rPr>
        <w:t>Name / Firma : _________________________________________________</w:t>
      </w:r>
    </w:p>
    <w:p>
      <w:r>
        <w:rPr>
          <w:b w:val="0"/>
          <w:sz w:val="20"/>
        </w:rPr>
        <w:t>Anschrift : ____________________________________________________</w:t>
      </w:r>
    </w:p>
    <w:p>
      <w:r>
        <w:rPr>
          <w:b w:val="0"/>
          <w:sz w:val="20"/>
        </w:rPr>
        <w:t>Telefonnummer : ________________________________________________</w:t>
      </w:r>
    </w:p>
    <w:p/>
    <w:p>
      <w:r>
        <w:rPr>
          <w:b/>
          <w:sz w:val="20"/>
        </w:rPr>
        <w:t>Angaben zum Reparaturobjekt :</w:t>
      </w:r>
    </w:p>
    <w:p>
      <w:r>
        <w:rPr>
          <w:b w:val="0"/>
          <w:sz w:val="20"/>
        </w:rPr>
        <w:t>Gerät / Maschine : _____________________________________________</w:t>
      </w:r>
    </w:p>
    <w:p>
      <w:r>
        <w:rPr>
          <w:b w:val="0"/>
          <w:sz w:val="20"/>
        </w:rPr>
        <w:t>Hersteller / Marke : ___________________________________________</w:t>
      </w:r>
    </w:p>
    <w:p>
      <w:r>
        <w:rPr>
          <w:b w:val="0"/>
          <w:sz w:val="20"/>
        </w:rPr>
        <w:t>Modell / Typ : ________________________________________________</w:t>
      </w:r>
    </w:p>
    <w:p>
      <w:r>
        <w:rPr>
          <w:b w:val="0"/>
          <w:sz w:val="20"/>
        </w:rPr>
        <w:t>Seriennummer : ________________________________________________</w:t>
      </w:r>
    </w:p>
    <w:p/>
    <w:p>
      <w:r>
        <w:rPr>
          <w:b/>
          <w:sz w:val="20"/>
        </w:rPr>
        <w:t>Fehlerbeschreibung :</w:t>
      </w:r>
    </w:p>
    <w:p>
      <w:r>
        <w:rPr>
          <w:b w:val="0"/>
          <w:sz w:val="20"/>
        </w:rPr>
        <w:t>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</w:t>
      </w:r>
    </w:p>
    <w:p/>
    <w:p>
      <w:r>
        <w:rPr>
          <w:b/>
          <w:sz w:val="20"/>
        </w:rPr>
        <w:t>Beschreibung der durchgeführten Reparaturarbeiten :</w:t>
      </w:r>
    </w:p>
    <w:p>
      <w:r>
        <w:rPr>
          <w:b w:val="0"/>
          <w:sz w:val="20"/>
        </w:rPr>
        <w:t>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</w:t>
      </w:r>
    </w:p>
    <w:p/>
    <w:p>
      <w:r>
        <w:rPr>
          <w:b/>
          <w:sz w:val="20"/>
        </w:rPr>
        <w:t>Verwendete Ersatzteile :</w:t>
      </w:r>
    </w:p>
    <w:p>
      <w:r>
        <w:rPr>
          <w:b w:val="0"/>
          <w:sz w:val="20"/>
        </w:rPr>
        <w:t>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</w:t>
      </w:r>
    </w:p>
    <w:p/>
    <w:p>
      <w:r>
        <w:rPr>
          <w:b/>
          <w:sz w:val="20"/>
        </w:rPr>
        <w:t>Zustand des Reparaturobjekts nach Reparatur :</w:t>
      </w:r>
    </w:p>
    <w:p>
      <w:r>
        <w:rPr>
          <w:b w:val="0"/>
          <w:sz w:val="20"/>
        </w:rPr>
        <w:t>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</w:t>
      </w:r>
    </w:p>
    <w:p/>
    <w:p>
      <w:r>
        <w:rPr>
          <w:b/>
          <w:sz w:val="20"/>
        </w:rPr>
        <w:t>Haftungsausschluss :</w:t>
      </w:r>
    </w:p>
    <w:p>
      <w:r>
        <w:rPr>
          <w:b w:val="0"/>
          <w:sz w:val="20"/>
        </w:rPr>
        <w:t>Die Haftung für Folgeschäden, die durch nicht erkennbare Fehler verursacht werden, wird ausgeschlossen. Die Gewährleistung richtet sich nach den gesetzlichen Bestimmungen.</w:t>
      </w:r>
    </w:p>
    <w:p/>
    <w:p>
      <w:r>
        <w:rPr>
          <w:b/>
          <w:sz w:val="20"/>
        </w:rPr>
        <w:t>Unterschriften :</w:t>
      </w:r>
    </w:p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Auftraggeber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Reparaturdurchführer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https://mustergenau.com/reparaturprotokoll/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https://mustergenau.com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mustergenau.com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ustergenau.com/reparaturprotokoll/" TargetMode="External"/><Relationship Id="rId10" Type="http://schemas.openxmlformats.org/officeDocument/2006/relationships/hyperlink" Target="https://mustergenau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