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REPARATURAUFTRAG</w:t>
      </w:r>
    </w:p>
    <w:p/>
    <w:p>
      <w:r>
        <w:rPr>
          <w:b/>
          <w:sz w:val="20"/>
        </w:rPr>
        <w:t>Angaben zum Auftraggeber:</w:t>
      </w:r>
    </w:p>
    <w:p>
      <w:r>
        <w:rPr>
          <w:b w:val="0"/>
          <w:sz w:val="20"/>
        </w:rPr>
        <w:t>Firma/Name : ________________________________________________</w:t>
      </w:r>
    </w:p>
    <w:p>
      <w:r>
        <w:rPr>
          <w:b w:val="0"/>
          <w:sz w:val="20"/>
        </w:rPr>
        <w:t>Ansprechpartner : 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_____________________________________________</w:t>
      </w:r>
    </w:p>
    <w:p>
      <w:r>
        <w:rPr>
          <w:b w:val="0"/>
          <w:sz w:val="20"/>
        </w:rPr>
        <w:t>E-Mail : ____________________________________________________</w:t>
      </w:r>
    </w:p>
    <w:p/>
    <w:p>
      <w:r>
        <w:rPr>
          <w:b/>
          <w:sz w:val="20"/>
        </w:rPr>
        <w:t>Angaben zum Auftragnehmer:</w:t>
      </w:r>
    </w:p>
    <w:p>
      <w:r>
        <w:rPr>
          <w:b w:val="0"/>
          <w:sz w:val="20"/>
        </w:rPr>
        <w:t>Firma/Name : ________________________________________________</w:t>
      </w:r>
    </w:p>
    <w:p>
      <w:r>
        <w:rPr>
          <w:b w:val="0"/>
          <w:sz w:val="20"/>
        </w:rPr>
        <w:t>Ansprechpartner : 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_____________________________________________</w:t>
      </w:r>
    </w:p>
    <w:p>
      <w:r>
        <w:rPr>
          <w:b w:val="0"/>
          <w:sz w:val="20"/>
        </w:rPr>
        <w:t>E-Mail : ____________________________________________________</w:t>
      </w:r>
    </w:p>
    <w:p/>
    <w:p>
      <w:r>
        <w:rPr>
          <w:b/>
          <w:sz w:val="20"/>
        </w:rPr>
        <w:t>Angaben zum Reparaturobjekt:</w:t>
      </w:r>
    </w:p>
    <w:p>
      <w:r>
        <w:rPr>
          <w:b w:val="0"/>
          <w:sz w:val="20"/>
        </w:rPr>
        <w:t>Bezeichnung / Modell : _______________________________________</w:t>
      </w:r>
    </w:p>
    <w:p>
      <w:r>
        <w:rPr>
          <w:b w:val="0"/>
          <w:sz w:val="20"/>
        </w:rPr>
        <w:t>Seriennummer / Ident-Nr. : ___________________________________</w:t>
      </w:r>
    </w:p>
    <w:p>
      <w:r>
        <w:rPr>
          <w:b w:val="0"/>
          <w:sz w:val="20"/>
        </w:rPr>
        <w:t>Fehlerbeschreibung / Reparaturumfang : _______________________</w:t>
      </w:r>
    </w:p>
    <w:p>
      <w:r>
        <w:rPr>
          <w:b w:val="0"/>
          <w:sz w:val="20"/>
        </w:rPr>
        <w:t>_____________________________________________________________</w:t>
      </w:r>
    </w:p>
    <w:p/>
    <w:p>
      <w:r>
        <w:rPr>
          <w:b/>
          <w:sz w:val="20"/>
        </w:rPr>
        <w:t>Kosten und Zahlungsbedingungen:</w:t>
      </w:r>
    </w:p>
    <w:p>
      <w:r>
        <w:rPr>
          <w:b w:val="0"/>
          <w:sz w:val="20"/>
        </w:rPr>
        <w:t>Kostenvoranschlag liegt vor: ☐ Ja    ☐ Nein</w:t>
      </w:r>
    </w:p>
    <w:p>
      <w:r>
        <w:rPr>
          <w:b w:val="0"/>
          <w:sz w:val="20"/>
        </w:rPr>
        <w:t>Gesamtkosten (geschätzt): _________________ EUR</w:t>
      </w:r>
    </w:p>
    <w:p>
      <w:r>
        <w:rPr>
          <w:b w:val="0"/>
          <w:sz w:val="20"/>
        </w:rPr>
        <w:t>Zahlungsart : ________________________________________________</w:t>
      </w:r>
    </w:p>
    <w:p/>
    <w:p>
      <w:r>
        <w:rPr>
          <w:b/>
          <w:sz w:val="20"/>
        </w:rPr>
        <w:t>§ 1 – Auftragserteilung</w:t>
      </w:r>
    </w:p>
    <w:p>
      <w:r>
        <w:rPr>
          <w:b w:val="0"/>
          <w:sz w:val="20"/>
        </w:rPr>
        <w:t>Der Auftraggeber beauftragt den Auftragnehmer mit der Durchführung der oben beschriebenen Reparaturarbeiten.</w:t>
      </w:r>
    </w:p>
    <w:p/>
    <w:p>
      <w:r>
        <w:rPr>
          <w:b/>
          <w:sz w:val="20"/>
        </w:rPr>
        <w:t>§ 2 – Ausführung und Frist</w:t>
      </w:r>
    </w:p>
    <w:p>
      <w:r>
        <w:rPr>
          <w:b w:val="0"/>
          <w:sz w:val="20"/>
        </w:rPr>
        <w:t>Der Auftragnehmer verpflichtet sich, die Reparatur fachgerecht und termingerecht auszuführen. Der voraussichtliche Fertigstellungstermin wird separat mitgeteilt.</w:t>
      </w:r>
    </w:p>
    <w:p/>
    <w:p>
      <w:r>
        <w:rPr>
          <w:b/>
          <w:sz w:val="20"/>
        </w:rPr>
        <w:t>§ 3 – Gewährleistung</w:t>
      </w:r>
    </w:p>
    <w:p>
      <w:r>
        <w:rPr>
          <w:b w:val="0"/>
          <w:sz w:val="20"/>
        </w:rPr>
        <w:t>Der Auftragnehmer gewährleistet für die erbrachten Reparaturleistungen eine Gewährleistungsfrist von 12 Monaten ab Abnahme. Haftung für Folgeschäden ist ausgeschlossen, sofern nicht vorsätzlich oder grob fahrlässig gehandelt wurde.</w:t>
      </w:r>
    </w:p>
    <w:p/>
    <w:p>
      <w:r>
        <w:rPr>
          <w:b/>
          <w:sz w:val="20"/>
        </w:rPr>
        <w:t>§ 4 – Haftung</w:t>
      </w:r>
    </w:p>
    <w:p>
      <w:r>
        <w:rPr>
          <w:b w:val="0"/>
          <w:sz w:val="20"/>
        </w:rPr>
        <w:t>Die Haftung des Auftragnehmers für Schäden, die nicht am Reparaturobjekt selbst entstanden sind, ist ausgeschlossen, außer bei Vorsatz oder grober Fahrlässigkeit.</w:t>
      </w:r>
    </w:p>
    <w:p/>
    <w:p>
      <w:r>
        <w:rPr>
          <w:b/>
          <w:sz w:val="20"/>
        </w:rPr>
        <w:t>§ 5 – Eigentumsvorbehalt</w:t>
      </w:r>
    </w:p>
    <w:p>
      <w:r>
        <w:rPr>
          <w:b w:val="0"/>
          <w:sz w:val="20"/>
        </w:rPr>
        <w:t>Das Eigentum am reparierten Objekt geht erst mit vollständiger Bezahlung des Rechnungsbetrages auf den Auftraggeber über.</w:t>
      </w:r>
    </w:p>
    <w:p/>
    <w:p>
      <w:r>
        <w:rPr>
          <w:b/>
          <w:sz w:val="20"/>
        </w:rPr>
        <w:t>§ 6 – Sonstige Vereinbarungen</w:t>
      </w:r>
    </w:p>
    <w:p>
      <w:r>
        <w:rPr>
          <w:b w:val="0"/>
          <w:sz w:val="20"/>
        </w:rPr>
        <w:t>_____________________________________________________________</w:t>
      </w:r>
    </w:p>
    <w:p>
      <w:r>
        <w:rPr>
          <w:b w:val="0"/>
          <w:sz w:val="20"/>
        </w:rPr>
        <w:t>_____________________________________________________________</w:t>
      </w:r>
    </w:p>
    <w:p/>
    <w:p>
      <w:r>
        <w:rPr>
          <w:b/>
          <w:sz w:val="20"/>
        </w:rPr>
        <w:t>§ 7 – Gerichtsstand und anzuwendendes Recht</w:t>
      </w:r>
    </w:p>
    <w:p>
      <w:r>
        <w:rPr>
          <w:b w:val="0"/>
          <w:sz w:val="20"/>
        </w:rPr>
        <w:t>Für alle Streitigkeiten aus diesem Vertrag gilt deutsches Recht. Gerichtsstand ist der Sitz des Auftragnehmers, sofern gesetzlich zulässig.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>
      <w:r>
        <w:rPr>
          <w:b w:val="0"/>
          <w:sz w:val="20"/>
        </w:rPr>
        <w:t>Datum 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https://mustergenau.com/reparatur-auftrag-muster/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reparatur-auftrag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