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REISEVOLLMACHT USA</w:t>
      </w:r>
    </w:p>
    <w:p/>
    <w:p>
      <w:r>
        <w:rPr>
          <w:b/>
          <w:sz w:val="20"/>
        </w:rPr>
        <w:t>Angaben des Vollmachtgebers :</w:t>
      </w:r>
    </w:p>
    <w:p>
      <w:r>
        <w:rPr>
          <w:b w:val="0"/>
          <w:sz w:val="20"/>
        </w:rPr>
        <w:t>Vor- und Nachname : ________________________________________________</w:t>
      </w:r>
    </w:p>
    <w:p>
      <w:r>
        <w:rPr>
          <w:b w:val="0"/>
          <w:sz w:val="20"/>
        </w:rPr>
        <w:t>Geburtsdatum : ____________________________________________________</w:t>
      </w:r>
    </w:p>
    <w:p>
      <w:r>
        <w:rPr>
          <w:b w:val="0"/>
          <w:sz w:val="20"/>
        </w:rPr>
        <w:t>Anschrift : ________________________________________________________</w:t>
      </w:r>
    </w:p>
    <w:p>
      <w:r>
        <w:rPr>
          <w:b w:val="0"/>
          <w:sz w:val="20"/>
        </w:rPr>
        <w:t>Reisepass-Nr. : ____________________________________________________</w:t>
      </w:r>
    </w:p>
    <w:p>
      <w:r>
        <w:rPr>
          <w:b w:val="0"/>
          <w:sz w:val="20"/>
        </w:rPr>
        <w:t>Telefonnummer : ____________________________________________________</w:t>
      </w:r>
    </w:p>
    <w:p/>
    <w:p>
      <w:r>
        <w:rPr>
          <w:b/>
          <w:sz w:val="20"/>
        </w:rPr>
        <w:t>Angaben des Bevollmächtigten :</w:t>
      </w:r>
    </w:p>
    <w:p>
      <w:r>
        <w:rPr>
          <w:b w:val="0"/>
          <w:sz w:val="20"/>
        </w:rPr>
        <w:t>Vor- und Nachname : ________________________________________________</w:t>
      </w:r>
    </w:p>
    <w:p>
      <w:r>
        <w:rPr>
          <w:b w:val="0"/>
          <w:sz w:val="20"/>
        </w:rPr>
        <w:t>Geburtsdatum : ____________________________________________________</w:t>
      </w:r>
    </w:p>
    <w:p>
      <w:r>
        <w:rPr>
          <w:b w:val="0"/>
          <w:sz w:val="20"/>
        </w:rPr>
        <w:t>Anschrift : ________________________________________________________</w:t>
      </w:r>
    </w:p>
    <w:p>
      <w:r>
        <w:rPr>
          <w:b w:val="0"/>
          <w:sz w:val="20"/>
        </w:rPr>
        <w:t>Reisepass-Nr. : ____________________________________________________</w:t>
      </w:r>
    </w:p>
    <w:p>
      <w:r>
        <w:rPr>
          <w:b w:val="0"/>
          <w:sz w:val="20"/>
        </w:rPr>
        <w:t>Telefonnummer : ____________________________________________________</w:t>
      </w:r>
    </w:p>
    <w:p/>
    <w:p>
      <w:r>
        <w:rPr>
          <w:b/>
          <w:sz w:val="20"/>
        </w:rPr>
        <w:t>Vollmachtserklärung :</w:t>
      </w:r>
    </w:p>
    <w:p>
      <w:r>
        <w:rPr>
          <w:b w:val="0"/>
          <w:sz w:val="20"/>
        </w:rPr>
        <w:t>Hiermit erteile ich, der Vollmachtgeber, dem oben genannten Bevollmächtigten die Vollmacht, mich bei allen Angelegenheiten bezüglich meiner Reise in die Vereinigten Staaten von Amerika zu vertreten. Dies umfasst insbesondere die Vertretung gegenüber Behörden, Fluggesellschaften, Hotels und sonstigen Dienstleistern sowie die Entgegennahme von Dokumenten und die Durchführung notwendiger Handlungen im Zusammenhang mit meiner Reise.</w:t>
      </w:r>
    </w:p>
    <w:p/>
    <w:p>
      <w:r>
        <w:rPr>
          <w:b w:val="0"/>
          <w:sz w:val="20"/>
        </w:rPr>
        <w:t>Die Vollmacht gilt ausschließlich für die Zeit der USA-Reise und erlischt automatisch mit dem Ende des Aufenthalts. Die Vollmacht berechtigt nicht zur Erteilung weiterer Untervollmachten.</w:t>
      </w:r>
    </w:p>
    <w:p/>
    <w:p>
      <w:r>
        <w:rPr>
          <w:b/>
          <w:sz w:val="20"/>
        </w:rPr>
        <w:t>Haftungsausschluss :</w:t>
      </w:r>
    </w:p>
    <w:p>
      <w:r>
        <w:rPr>
          <w:b w:val="0"/>
          <w:sz w:val="20"/>
        </w:rPr>
        <w:t>Der Vollmachtgeber erklärt, dass er den Bevollmächtigten sorgfältig ausgewählt hat und für dessen Handlungen im Rahmen dieser Vollmacht haftet. Der Bevollmächtigte verpflichtet sich, im Interesse des Vollmachtgebers zu handeln und alle Weisungen zu beachten.</w:t>
      </w:r>
    </w:p>
    <w:p/>
    <w:p>
      <w:r>
        <w:rPr>
          <w:b/>
          <w:sz w:val="20"/>
        </w:rPr>
        <w:t>Sonstiges :</w:t>
      </w:r>
    </w:p>
    <w:p>
      <w:r>
        <w:rPr>
          <w:b w:val="0"/>
          <w:sz w:val="20"/>
        </w:rPr>
        <w:t>Diese Reisevollmacht unterliegt deutschem Recht. Sollte eine Bestimmung dieser Vollmacht unwirksam sein, so berührt dies nicht die Wirksamkeit der übrigen Bestimmungen.</w:t>
      </w:r>
    </w:p>
    <w:p/>
    <w:p/>
    <w:p>
      <w:r>
        <w:rPr>
          <w:b w:val="0"/>
          <w:sz w:val="20"/>
        </w:rPr>
        <w:t>Ort : ________________________________________________________________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https://mustergenau.com/reisevollmacht-usa-vorlage/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reisevollmacht-usa-vorlage/"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