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REGIEBERICHT</w:t>
      </w:r>
    </w:p>
    <w:p/>
    <w:p/>
    <w:p>
      <w:r>
        <w:rPr>
          <w:b w:val="0"/>
          <w:sz w:val="20"/>
        </w:rPr>
        <w:t>Auftragsnummer : ___________________________________________________</w:t>
      </w:r>
    </w:p>
    <w:p>
      <w:r>
        <w:rPr>
          <w:b w:val="0"/>
          <w:sz w:val="20"/>
        </w:rPr>
        <w:t>Projektname : ______________________________________________________</w:t>
      </w:r>
    </w:p>
    <w:p>
      <w:r>
        <w:rPr>
          <w:b w:val="0"/>
          <w:sz w:val="20"/>
        </w:rPr>
        <w:t>Bauvorhaben : ______________________________________________________</w:t>
      </w:r>
    </w:p>
    <w:p/>
    <w:p>
      <w:r>
        <w:rPr>
          <w:b/>
          <w:sz w:val="20"/>
        </w:rPr>
        <w:t>Auftraggeber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 : ________________________________________________________</w:t>
      </w:r>
    </w:p>
    <w:p/>
    <w:p>
      <w:r>
        <w:rPr>
          <w:b/>
          <w:sz w:val="20"/>
        </w:rPr>
        <w:t>Auftragnehmer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 : ________________________________________________________</w:t>
      </w:r>
    </w:p>
    <w:p/>
    <w:p>
      <w:r>
        <w:rPr>
          <w:b/>
          <w:sz w:val="20"/>
        </w:rPr>
        <w:t>1. Beschreibung der durchgeführten Arbeiten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2. Dokumentation der Mängel, Störungen und Besonderheiten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3. Witterungsbedingungen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4. Eingesetzte Materialien und Maschinen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5. Personalübersicht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6. Sonstige Bemerkungen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BERICHTERSTELLER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https://mustergenau.com/regiebericht-vorlage/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regiebericht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