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PROJEKTTAGEBUCH</w:t>
      </w:r>
    </w:p>
    <w:p/>
    <w:p/>
    <w:p>
      <w:r>
        <w:rPr>
          <w:b/>
          <w:sz w:val="20"/>
        </w:rPr>
        <w:t>Projektname :</w:t>
      </w:r>
    </w:p>
    <w:p>
      <w:r>
        <w:rPr>
          <w:b w:val="0"/>
          <w:sz w:val="20"/>
        </w:rPr>
        <w:t>_______________________________________________________</w:t>
      </w:r>
    </w:p>
    <w:p/>
    <w:p>
      <w:r>
        <w:rPr>
          <w:b/>
          <w:sz w:val="20"/>
        </w:rPr>
        <w:t>Projektleiter :</w:t>
      </w:r>
    </w:p>
    <w:p>
      <w:r>
        <w:rPr>
          <w:b w:val="0"/>
          <w:sz w:val="20"/>
        </w:rPr>
        <w:t>_______________________________________________________</w:t>
      </w:r>
    </w:p>
    <w:p/>
    <w:p>
      <w:r>
        <w:rPr>
          <w:b/>
          <w:sz w:val="20"/>
        </w:rPr>
        <w:t>Teammitglieder :</w:t>
      </w:r>
    </w:p>
    <w:p>
      <w:r>
        <w:rPr>
          <w:b w:val="0"/>
          <w:sz w:val="20"/>
        </w:rPr>
        <w:t>_______________________________________________________</w:t>
      </w:r>
    </w:p>
    <w:p/>
    <w:p/>
    <w:p>
      <w:r>
        <w:rPr>
          <w:b/>
          <w:sz w:val="20"/>
        </w:rPr>
        <w:t>Tagesbericht</w:t>
      </w:r>
    </w:p>
    <w:p>
      <w:r>
        <w:rPr>
          <w:b w:val="0"/>
          <w:sz w:val="20"/>
        </w:rPr>
        <w:t>Arbeitsinhalt und Fortschritt :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>
      <w:r>
        <w:rPr>
          <w:b w:val="0"/>
          <w:sz w:val="20"/>
        </w:rPr>
        <w:t>Probleme und Herausforderungen :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>
      <w:r>
        <w:rPr>
          <w:b w:val="0"/>
          <w:sz w:val="20"/>
        </w:rPr>
        <w:t>Lösungsansätze und nächste Schritte :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/>
    <w:p>
      <w:r>
        <w:rPr>
          <w:b/>
          <w:sz w:val="20"/>
        </w:rPr>
        <w:t>Eingesetzte Ressourcen und Material</w:t>
      </w:r>
    </w:p>
    <w:p>
      <w:r>
        <w:rPr>
          <w:b w:val="0"/>
          <w:sz w:val="20"/>
        </w:rPr>
        <w:t>Materialien :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>
      <w:r>
        <w:rPr>
          <w:b w:val="0"/>
          <w:sz w:val="20"/>
        </w:rPr>
        <w:t>Benutzte Werkzeuge und Software :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/>
    <w:p>
      <w:r>
        <w:rPr>
          <w:b/>
          <w:sz w:val="20"/>
        </w:rPr>
        <w:t>Zusätzliche Bemerkungen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Projektleiter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Teammitglied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https://mustergenau.com/projekttagebuch-vorlage/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projekttagebuch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