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PERSONALDATENBLATT</w:t>
      </w:r>
    </w:p>
    <w:p/>
    <w:p/>
    <w:p>
      <w:r>
        <w:rPr>
          <w:b/>
          <w:sz w:val="20"/>
        </w:rPr>
        <w:t>1. Persönliche Angaben</w:t>
      </w:r>
    </w:p>
    <w:p>
      <w:r>
        <w:rPr>
          <w:b w:val="0"/>
          <w:sz w:val="20"/>
        </w:rPr>
        <w:t>Vor- und Nachname : ___________________________________________________________</w:t>
      </w:r>
    </w:p>
    <w:p>
      <w:r>
        <w:rPr>
          <w:b w:val="0"/>
          <w:sz w:val="20"/>
        </w:rPr>
        <w:t>Geburtsort : _________________________________________________________________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_________________________________________________________</w:t>
      </w:r>
    </w:p>
    <w:p>
      <w:r>
        <w:rPr>
          <w:b w:val="0"/>
          <w:sz w:val="20"/>
        </w:rPr>
        <w:t>Familienstand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_____________________________________________________________</w:t>
      </w:r>
    </w:p>
    <w:p/>
    <w:p>
      <w:r>
        <w:rPr>
          <w:b/>
          <w:sz w:val="20"/>
        </w:rPr>
        <w:t>2. Angaben zum Ausweis</w:t>
      </w:r>
    </w:p>
    <w:p>
      <w:r>
        <w:rPr>
          <w:b w:val="0"/>
          <w:sz w:val="20"/>
        </w:rPr>
        <w:t>Ausweisart (Personalausweis/Reisepass) : ________________________________________</w:t>
      </w:r>
    </w:p>
    <w:p>
      <w:r>
        <w:rPr>
          <w:b w:val="0"/>
          <w:sz w:val="20"/>
        </w:rPr>
        <w:t>Ausweisnummer : ______________________________________________________________</w:t>
      </w:r>
    </w:p>
    <w:p>
      <w:r>
        <w:rPr>
          <w:b w:val="0"/>
          <w:sz w:val="20"/>
        </w:rPr>
        <w:t>Ausstellende Behörde : _______________________________________________________</w:t>
      </w:r>
    </w:p>
    <w:p>
      <w:r>
        <w:rPr>
          <w:b w:val="0"/>
          <w:sz w:val="20"/>
        </w:rPr>
        <w:t>Gültigkeitsdauer : ___________________________________________________________</w:t>
      </w:r>
    </w:p>
    <w:p/>
    <w:p>
      <w:r>
        <w:rPr>
          <w:b/>
          <w:sz w:val="20"/>
        </w:rPr>
        <w:t>3. Notfallkontakt</w:t>
      </w:r>
    </w:p>
    <w:p>
      <w:r>
        <w:rPr>
          <w:b w:val="0"/>
          <w:sz w:val="20"/>
        </w:rPr>
        <w:t>Name des Kontaktpartners : __________________________________________________</w:t>
      </w:r>
    </w:p>
    <w:p>
      <w:r>
        <w:rPr>
          <w:b w:val="0"/>
          <w:sz w:val="20"/>
        </w:rPr>
        <w:t>Verwandtschaftsverhältnis : 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</w:t>
      </w:r>
    </w:p>
    <w:p/>
    <w:p>
      <w:r>
        <w:rPr>
          <w:b/>
          <w:sz w:val="20"/>
        </w:rPr>
        <w:t>4. Berufliche Angaben</w:t>
      </w:r>
    </w:p>
    <w:p>
      <w:r>
        <w:rPr>
          <w:b w:val="0"/>
          <w:sz w:val="20"/>
        </w:rPr>
        <w:t>Berufsbezeichnung : _________________________________________________________</w:t>
      </w:r>
    </w:p>
    <w:p>
      <w:r>
        <w:rPr>
          <w:b w:val="0"/>
          <w:sz w:val="20"/>
        </w:rPr>
        <w:t>Arbeitgeber / Institution : _________________________________________________</w:t>
      </w:r>
    </w:p>
    <w:p>
      <w:r>
        <w:rPr>
          <w:b w:val="0"/>
          <w:sz w:val="20"/>
        </w:rPr>
        <w:t>Anschrift Arbeitgeber : ______________________________________________________</w:t>
      </w:r>
    </w:p>
    <w:p>
      <w:r>
        <w:rPr>
          <w:b w:val="0"/>
          <w:sz w:val="20"/>
        </w:rPr>
        <w:t>Telefonnummer Arbeitgeber : _________________________________________________</w:t>
      </w:r>
    </w:p>
    <w:p/>
    <w:p>
      <w:r>
        <w:rPr>
          <w:b/>
          <w:sz w:val="20"/>
        </w:rPr>
        <w:t>5. Weitere Angaben</w:t>
      </w:r>
    </w:p>
    <w:p>
      <w:r>
        <w:rPr>
          <w:b w:val="0"/>
          <w:sz w:val="20"/>
        </w:rPr>
        <w:t>Führerschein vorhanden (Ja/Nein) : __________________________________________</w:t>
      </w:r>
    </w:p>
    <w:p>
      <w:r>
        <w:rPr>
          <w:b w:val="0"/>
          <w:sz w:val="20"/>
        </w:rPr>
        <w:t>Fahrzeugklasse : ___________________________________________________________</w:t>
      </w:r>
    </w:p>
    <w:p>
      <w:r>
        <w:rPr>
          <w:b w:val="0"/>
          <w:sz w:val="20"/>
        </w:rPr>
        <w:t>Sonstige Qualifikationen : _________________________________________________</w:t>
      </w:r>
    </w:p>
    <w:p/>
    <w:p/>
    <w:p>
      <w:r>
        <w:rPr>
          <w:b w:val="0"/>
          <w:sz w:val="20"/>
        </w:rPr>
        <w:t>Unterschrift 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 : 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https://mustergenau.com/personaldatenblatt-vorlage/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personaldatenblatt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