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NUTZUNGSVERTRAG FÜR PHOTOVOLTAIK-ANLAGE</w:t>
      </w:r>
    </w:p>
    <w:p/>
    <w:p>
      <w:r>
        <w:rPr>
          <w:b/>
          <w:sz w:val="20"/>
        </w:rPr>
        <w:t>Vertragspartner :</w:t>
      </w:r>
    </w:p>
    <w:p>
      <w:r>
        <w:rPr>
          <w:b w:val="0"/>
          <w:sz w:val="20"/>
        </w:rPr>
        <w:t>Verpächter (Eigentümer der Dachfläche) : ____________________________________________</w:t>
      </w:r>
    </w:p>
    <w:p>
      <w:r>
        <w:rPr>
          <w:b w:val="0"/>
          <w:sz w:val="20"/>
        </w:rPr>
        <w:t>Anschrift : ______________________________________________________________</w:t>
      </w:r>
    </w:p>
    <w:p>
      <w:r>
        <w:rPr>
          <w:b w:val="0"/>
          <w:sz w:val="20"/>
        </w:rPr>
        <w:t>Telefonnummer : _________________________________________________________</w:t>
      </w:r>
    </w:p>
    <w:p/>
    <w:p>
      <w:r>
        <w:rPr>
          <w:b w:val="0"/>
          <w:sz w:val="20"/>
        </w:rPr>
        <w:t>Nutzer (Betreiber der PV-Anlage) : ____________________________________________</w:t>
      </w:r>
    </w:p>
    <w:p>
      <w:r>
        <w:rPr>
          <w:b w:val="0"/>
          <w:sz w:val="20"/>
        </w:rPr>
        <w:t>Anschrift : ______________________________________________________________</w:t>
      </w:r>
    </w:p>
    <w:p>
      <w:r>
        <w:rPr>
          <w:b w:val="0"/>
          <w:sz w:val="20"/>
        </w:rPr>
        <w:t>Telefonnummer : _________________________________________________________</w:t>
      </w:r>
    </w:p>
    <w:p/>
    <w:p>
      <w:r>
        <w:rPr>
          <w:b/>
          <w:sz w:val="20"/>
        </w:rPr>
        <w:t>Vertragsgegenstand :</w:t>
      </w:r>
    </w:p>
    <w:p>
      <w:r>
        <w:rPr>
          <w:b w:val="0"/>
          <w:sz w:val="20"/>
        </w:rPr>
        <w:t>Gegenstand dieses Vertrags ist die Nutzung der Dachfläche des Verpächters zur Installation und zum Betrieb einer Photovoltaikanlage durch den Nutzer.</w:t>
      </w:r>
    </w:p>
    <w:p/>
    <w:p>
      <w:r>
        <w:rPr>
          <w:b/>
          <w:sz w:val="20"/>
        </w:rPr>
        <w:t>Vertragsdauer :</w:t>
      </w:r>
    </w:p>
    <w:p>
      <w:r>
        <w:rPr>
          <w:b w:val="0"/>
          <w:sz w:val="20"/>
        </w:rPr>
        <w:t>Der Vertrag wird auf unbestimmte Zeit geschlossen und kann von beiden Parteien mit einer Frist von drei Monaten zum Quartalsende schriftlich gekündigt werden.</w:t>
      </w:r>
    </w:p>
    <w:p/>
    <w:p>
      <w:r>
        <w:rPr>
          <w:b/>
          <w:sz w:val="20"/>
        </w:rPr>
        <w:t>Nutzung der Dachfläche :</w:t>
      </w:r>
    </w:p>
    <w:p>
      <w:r>
        <w:rPr>
          <w:b w:val="0"/>
          <w:sz w:val="20"/>
        </w:rPr>
        <w:t>Der Nutzer erhält das Recht, die Dachfläche am Grundstück des Verpächters für die Installation und den Betrieb der Photovoltaikanlage zu nutzen. Die genaue Fläche und Position werden im Anhang festgelegt.</w:t>
      </w:r>
    </w:p>
    <w:p/>
    <w:p>
      <w:r>
        <w:rPr>
          <w:b/>
          <w:sz w:val="20"/>
        </w:rPr>
        <w:t>Pflichten des Nutzers :</w:t>
      </w:r>
    </w:p>
    <w:p>
      <w:r>
        <w:rPr>
          <w:b w:val="0"/>
          <w:sz w:val="20"/>
        </w:rPr>
        <w:t>Der Nutzer verpflichtet sich, die PV-Anlage fachgerecht zu installieren, zu betreiben und regelmäßig zu warten. Schäden an der Dachfläche sind unverzüglich dem Verpächter zu melden und auf eigene Kosten zu beheben, sofern diese durch den Nutzer verursacht wurden.</w:t>
      </w:r>
    </w:p>
    <w:p/>
    <w:p>
      <w:r>
        <w:rPr>
          <w:b/>
          <w:sz w:val="20"/>
        </w:rPr>
        <w:t>Pflichten des Verpächters :</w:t>
      </w:r>
    </w:p>
    <w:p>
      <w:r>
        <w:rPr>
          <w:b w:val="0"/>
          <w:sz w:val="20"/>
        </w:rPr>
        <w:t>Der Verpächter verpflichtet sich, dem Nutzer die Nutzung der Dachfläche zu ermöglichen und keine Maßnahmen zu ergreifen, die die Nutzung der PV-Anlage beeinträchtigen.</w:t>
      </w:r>
    </w:p>
    <w:p/>
    <w:p>
      <w:r>
        <w:rPr>
          <w:b/>
          <w:sz w:val="20"/>
        </w:rPr>
        <w:t>Vergütung :</w:t>
      </w:r>
    </w:p>
    <w:p>
      <w:r>
        <w:rPr>
          <w:b w:val="0"/>
          <w:sz w:val="20"/>
        </w:rPr>
        <w:t>Der Nutzer zahlt an den Verpächter eine jährliche Nutzungsvergütung in Höhe von ________________ EUR. Die Zahlung erfolgt jeweils zum 31. Dezember eines jeden Jahres.</w:t>
      </w:r>
    </w:p>
    <w:p/>
    <w:p>
      <w:r>
        <w:rPr>
          <w:b/>
          <w:sz w:val="20"/>
        </w:rPr>
        <w:t>Haftung und Versicherung :</w:t>
      </w:r>
    </w:p>
    <w:p>
      <w:r>
        <w:rPr>
          <w:b w:val="0"/>
          <w:sz w:val="20"/>
        </w:rPr>
        <w:t>Der Nutzer haftet für Schäden, die durch den Betrieb der PV-Anlage verursacht werden. Der Nutzer verpflichtet sich, eine Haftpflichtversicherung abzuschließen und einen Nachweis hierüber dem Verpächter auf Verlangen vorzulegen.</w:t>
      </w:r>
    </w:p>
    <w:p/>
    <w:p>
      <w:r>
        <w:rPr>
          <w:b/>
          <w:sz w:val="20"/>
        </w:rPr>
        <w:t>Eigentum und Rückbau :</w:t>
      </w:r>
    </w:p>
    <w:p>
      <w:r>
        <w:rPr>
          <w:b w:val="0"/>
          <w:sz w:val="20"/>
        </w:rPr>
        <w:t>Die PV-Anlage bleibt Eigentum des Nutzers. Bei Beendigung des Vertrags ist der Nutzer verpflichtet, die PV-Anlage zu entfernen und die Dachfläche in den ursprünglichen Zustand zurückzuversetzen, sofern keine anderweitige Vereinbarung besteht.</w:t>
      </w:r>
    </w:p>
    <w:p/>
    <w:p>
      <w:r>
        <w:rPr>
          <w:b/>
          <w:sz w:val="20"/>
        </w:rPr>
        <w:t>Sonstige Bestimmungen :</w:t>
      </w:r>
    </w:p>
    <w:p>
      <w:r>
        <w:rPr>
          <w:b w:val="0"/>
          <w:sz w:val="20"/>
        </w:rPr>
        <w:t>Änderungen und Ergänzungen dieses Vertrags bedürfen der Schriftform. Sollten einzelne Bestimmungen dieses Vertrags unwirksam sein, bleibt die Wirksamkeit der übrigen Bestimmungen unberührt.</w:t>
      </w:r>
    </w:p>
    <w:p/>
    <w:p/>
    <w:p>
      <w:r>
        <w:rPr>
          <w:b w:val="0"/>
          <w:sz w:val="20"/>
        </w:rPr>
        <w:t>Ort : _________________________________________________________________</w:t>
      </w:r>
    </w:p>
    <w:p>
      <w:r>
        <w:rPr>
          <w:b w:val="0"/>
          <w:sz w:val="20"/>
        </w:rPr>
        <w:t>Datum :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VERPÄCHTER</w:t>
            </w:r>
          </w:p>
        </w:tc>
        <w:tc>
          <w:tcPr>
            <w:tcW w:type="dxa" w:w="4986"/>
            <w:tcBorders>
              <w:top w:val="nil"/>
              <w:left w:val="nil"/>
              <w:bottom w:val="nil"/>
              <w:right w:val="nil"/>
              <w:insideH w:val="nil"/>
              <w:insideV w:val="nil"/>
            </w:tcBorders>
          </w:tcPr>
          <w:p>
            <w:pPr>
              <w:jc w:val="center"/>
            </w:pPr>
            <w:r>
              <w:t>NUTZER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https://mustergenau.com/nutzungsvertrag-pv-anlage-muster/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nutzungsvertrag-pv-anlage-muster/"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