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TELEKOMMUNIKATIONSDIENSTES</w:t>
      </w:r>
    </w:p>
    <w:p/>
    <w:p>
      <w:r>
        <w:rPr>
          <w:b w:val="0"/>
          <w:sz w:val="20"/>
        </w:rPr>
        <w:t>Kundennummer : ______________________________________________________</w:t>
      </w:r>
    </w:p>
    <w:p>
      <w:r>
        <w:rPr>
          <w:b w:val="0"/>
          <w:sz w:val="20"/>
        </w:rPr>
        <w:t>Vertragsnummer : _____________________________________________________</w:t>
      </w:r>
    </w:p>
    <w:p/>
    <w:p>
      <w:r>
        <w:rPr>
          <w:b/>
          <w:sz w:val="20"/>
        </w:rPr>
        <w:t>Netcologne GmbH</w:t>
      </w:r>
    </w:p>
    <w:p>
      <w:r>
        <w:rPr>
          <w:b w:val="0"/>
          <w:sz w:val="20"/>
        </w:rPr>
        <w:t>Kundenservice</w:t>
      </w:r>
    </w:p>
    <w:p>
      <w:r>
        <w:rPr>
          <w:b w:val="0"/>
          <w:sz w:val="20"/>
        </w:rPr>
        <w:t>Riehler Str. 190</w:t>
      </w:r>
    </w:p>
    <w:p>
      <w:r>
        <w:rPr>
          <w:b w:val="0"/>
          <w:sz w:val="20"/>
        </w:rPr>
        <w:t>50735 Köln</w:t>
      </w:r>
    </w:p>
    <w:p/>
    <w:p/>
    <w:p>
      <w:r>
        <w:rPr>
          <w:b/>
          <w:sz w:val="20"/>
        </w:rPr>
        <w:t>Betreff: Kündigung meines Vertrages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oben genannten Vertrag fristgerecht zum nächstmöglichen Zeitpunkt. Bitte bestätigen Sie mir die Kündigung sowie das Vertragsende schriftlich.</w:t>
      </w:r>
    </w:p>
    <w:p/>
    <w:p>
      <w:r>
        <w:rPr>
          <w:b w:val="0"/>
          <w:sz w:val="20"/>
        </w:rPr>
        <w:t>Bitte sehen Sie von Rückwerbeversuchen ab.</w:t>
      </w:r>
    </w:p>
    <w:p/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Vor- und Nachname</w:t>
      </w:r>
    </w:p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Anschrift</w:t>
      </w:r>
    </w:p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Ort</w:t>
      </w:r>
    </w:p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Datum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https://mustergenau.com/netcologne-kundigung-vorlage/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netcologne-kundigun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