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NAMENSLISTE</w:t>
      </w:r>
    </w:p>
    <w:p/>
    <w:p/>
    <w:p>
      <w:r>
        <w:rPr>
          <w:b w:val="0"/>
          <w:sz w:val="20"/>
        </w:rPr>
        <w:t>Diese Liste enthält die Namen der Teilnehmer gemäß den geltenden Bestimmungen in Deutschland.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Nr.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Vor- und Nachname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Anschrift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Telefonnummer</w:t>
            </w:r>
          </w:p>
        </w:tc>
      </w:tr>
      <w:tr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1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</w:t>
            </w:r>
          </w:p>
        </w:tc>
      </w:tr>
      <w:tr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2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</w:t>
            </w:r>
          </w:p>
        </w:tc>
      </w:tr>
      <w:tr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3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</w:t>
            </w:r>
          </w:p>
        </w:tc>
      </w:tr>
      <w:tr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</w:t>
            </w:r>
          </w:p>
        </w:tc>
      </w:tr>
      <w:tr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</w:t>
            </w:r>
          </w:p>
        </w:tc>
      </w:tr>
    </w:tbl>
    <w:p/>
    <w:p/>
    <w:p/>
    <w:p>
      <w:r>
        <w:rPr>
          <w:b/>
          <w:sz w:val="20"/>
        </w:rPr>
        <w:t>Die Richtigkeit und Vollständigkeit der Angaben obliegt den Teilnehmern.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VERANTWORTLICHER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TEILNEHMER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https://mustergenau.com/namensliste-erstellen/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namensliste-erstellen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