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MUSTERSCHREIBEN – TAUBEN FÜTTERN VERBOTEN</w:t>
      </w:r>
    </w:p>
    <w:p/>
    <w:p>
      <w:r>
        <w:rPr>
          <w:b/>
          <w:sz w:val="20"/>
        </w:rPr>
        <w:t>Absender :</w:t>
      </w:r>
    </w:p>
    <w:p>
      <w:r>
        <w:rPr>
          <w:b w:val="0"/>
          <w:sz w:val="20"/>
        </w:rPr>
        <w:t>Name : _____________________________________________________________</w:t>
      </w:r>
    </w:p>
    <w:p>
      <w:r>
        <w:rPr>
          <w:b w:val="0"/>
          <w:sz w:val="20"/>
        </w:rPr>
        <w:t>Anschrift : _________________________________________________________</w:t>
      </w:r>
    </w:p>
    <w:p>
      <w:r>
        <w:rPr>
          <w:b w:val="0"/>
          <w:sz w:val="20"/>
        </w:rPr>
        <w:t>Telefonnummer : _____________________________________________________</w:t>
      </w:r>
    </w:p>
    <w:p/>
    <w:p>
      <w:r>
        <w:rPr>
          <w:b/>
          <w:sz w:val="20"/>
        </w:rPr>
        <w:t>Empfänger :</w:t>
      </w:r>
    </w:p>
    <w:p>
      <w:r>
        <w:rPr>
          <w:b w:val="0"/>
          <w:sz w:val="20"/>
        </w:rPr>
        <w:t>Name / Firma : _____________________________________________________</w:t>
      </w:r>
    </w:p>
    <w:p>
      <w:r>
        <w:rPr>
          <w:b w:val="0"/>
          <w:sz w:val="20"/>
        </w:rPr>
        <w:t>Anschrift : _________________________________________________________</w:t>
      </w:r>
    </w:p>
    <w:p/>
    <w:p>
      <w:r>
        <w:rPr>
          <w:b/>
          <w:sz w:val="20"/>
        </w:rPr>
        <w:t>Betreff :</w:t>
      </w:r>
    </w:p>
    <w:p>
      <w:r>
        <w:rPr>
          <w:b w:val="0"/>
          <w:sz w:val="20"/>
        </w:rPr>
        <w:t>Hinweis auf das Verbot des Taubenfütterns in der Wohnanlage bzw. auf dem Grundstück</w:t>
      </w:r>
    </w:p>
    <w:p/>
    <w:p/>
    <w:p>
      <w:r>
        <w:rPr>
          <w:b w:val="0"/>
          <w:sz w:val="20"/>
        </w:rPr>
        <w:t>Sehr geehrte Damen und Herren,</w:t>
      </w:r>
    </w:p>
    <w:p/>
    <w:p>
      <w:r>
        <w:rPr>
          <w:b w:val="0"/>
          <w:sz w:val="20"/>
        </w:rPr>
        <w:t>hiermit möchten wir Sie darauf hinweisen, dass das Füttern von Tauben auf dem Gelände der Wohnanlage / des Grundstücks nicht gestattet ist. Dieses Verbot dient dem Schutz der örtlichen Hygiene, der Gesundheit der Bewohner sowie dem Erhalt der Gebäudesubstanz.</w:t>
      </w:r>
    </w:p>
    <w:p/>
    <w:p>
      <w:r>
        <w:rPr>
          <w:b w:val="0"/>
          <w:sz w:val="20"/>
        </w:rPr>
        <w:t>Das Taubenfüttern führt häufig zu einer übermäßigen Ansammlung von Tauben und deren Ausscheidungen, welche erhebliche Schäden an Fassaden, Fenstern und anderen Gebäudeteilen verursachen können. Zudem besteht durch die Verbreitung von Krankheitserregern eine Gesundheitsgefährdung für alle Bewohner.</w:t>
      </w:r>
    </w:p>
    <w:p/>
    <w:p>
      <w:r>
        <w:rPr>
          <w:b w:val="0"/>
          <w:sz w:val="20"/>
        </w:rPr>
        <w:t>Wir bitten Sie deshalb, das Taubenfüttern auf dem gesamten Gelände zu unterlassen. Bitte informieren Sie auch Ihre Besucher entsprechend.</w:t>
      </w:r>
    </w:p>
    <w:p/>
    <w:p>
      <w:r>
        <w:rPr>
          <w:b w:val="0"/>
          <w:sz w:val="20"/>
        </w:rPr>
        <w:t>Sollten Sie weiterhin gegen dieses Verbot verstoßen, sehen wir uns leider gezwungen, rechtliche Schritte einzuleiten, um das Verbot durchzusetzen.</w:t>
      </w:r>
    </w:p>
    <w:p/>
    <w:p/>
    <w:p>
      <w:r>
        <w:rPr>
          <w:b w:val="0"/>
          <w:sz w:val="20"/>
        </w:rPr>
        <w:t>Mit freundlichen Grüßen,</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______________________________</w:t>
            </w:r>
          </w:p>
        </w:tc>
      </w:tr>
      <w:tr>
        <w:tc>
          <w:tcPr>
            <w:tcW w:type="dxa" w:w="9972"/>
            <w:tcBorders>
              <w:top w:val="nil"/>
              <w:left w:val="nil"/>
              <w:bottom w:val="nil"/>
              <w:right w:val="nil"/>
              <w:insideH w:val="nil"/>
              <w:insideV w:val="nil"/>
            </w:tcBorders>
          </w:tcPr>
          <w:p>
            <w:pPr>
              <w:jc w:val="center"/>
            </w:pPr>
            <w:r>
              <w:t>Unterschrift Absender</w:t>
            </w:r>
          </w:p>
        </w:tc>
      </w:tr>
    </w:tbl>
    <w:p>
      <w:r>
        <w:br w:type="page"/>
      </w:r>
    </w:p>
    <w:p>
      <w:pPr>
        <w:jc w:val="center"/>
      </w:pPr>
      <w:r>
        <w:rPr>
          <w:color w:val="555555"/>
          <w:sz w:val="24"/>
        </w:rPr>
        <w:t>Originalquelle dieses Dokuments:</w:t>
      </w:r>
    </w:p>
    <w:p>
      <w:pPr>
        <w:jc w:val="center"/>
      </w:pPr>
      <w:hyperlink r:id="rId9">
        <w:r>
          <w:rPr>
            <w:color w:val="0000FF"/>
            <w:u w:val="single"/>
          </w:rPr>
          <w:t>https://mustergenau.com/musterschreiben-tauben-futtern-verboten/</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https://mustergenau.com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mustergenau.com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genau.com/musterschreiben-tauben-futtern-verboten/" TargetMode="External"/><Relationship Id="rId10" Type="http://schemas.openxmlformats.org/officeDocument/2006/relationships/hyperlink" Target="https://mustergena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