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MUSTER: INVERZUGSETZUNG NACH VOB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Firma / Name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 : ______________________________________________________</w:t>
      </w:r>
    </w:p>
    <w:p>
      <w:r>
        <w:rPr>
          <w:b w:val="0"/>
          <w:sz w:val="20"/>
        </w:rPr>
        <w:t>E-Mail : 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Name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Inverzugsetzung wegen nicht fristgerecht erbrachter Leistung gemäß VOB/B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setze ich Sie in Bezug auf den Bauvertrag vom ______________________ gemäß den Bestimmungen der Vergabe- und Vertragsordnung für Bauleistungen Teil B (VOB/B) in Verzug.</w:t>
      </w:r>
    </w:p>
    <w:p/>
    <w:p>
      <w:r>
        <w:rPr>
          <w:b w:val="0"/>
          <w:sz w:val="20"/>
        </w:rPr>
        <w:t>Die vertraglich vereinbarte Leistung, insbesondere ______________________________________, ist bis zum heutigen Tage nicht oder nicht vollständig erbracht worden.</w:t>
      </w:r>
    </w:p>
    <w:p/>
    <w:p>
      <w:r>
        <w:rPr>
          <w:b w:val="0"/>
          <w:sz w:val="20"/>
        </w:rPr>
        <w:t>Gemäß § 6 Abs. 1 VOB/B fordere ich Sie daher auf, die ausstehende Leistung unverzüglich, spätestens jedoch innerhalb von __________________ Tagen nach Zugang dieses Schreibens, nachzuholen.</w:t>
      </w:r>
    </w:p>
    <w:p/>
    <w:p>
      <w:r>
        <w:rPr>
          <w:b w:val="0"/>
          <w:sz w:val="20"/>
        </w:rPr>
        <w:t>Sollten Sie die Leistung nicht fristgerecht erbringen, behalte ich mir ausdrücklich vor, die weiteren Rechte aus dem Vertrag geltend zu machen, insbesondere Schadensersatzansprüche wegen Verzögerung geltend zu machen und/oder Ersatzvornahme in Auftrag zu geben.</w:t>
      </w:r>
    </w:p>
    <w:p/>
    <w:p>
      <w:r>
        <w:rPr>
          <w:b w:val="0"/>
          <w:sz w:val="20"/>
        </w:rPr>
        <w:t>Ich bitte um eine schriftliche Bestätigung über den Erhalt dieses Schreibens sowie um Mitteilung des voraussichtlichen Erfüllungstermins.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Name, Funktion : 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https://mustergenau.com/musterschreiben-inverzugsetzung-nach-vob/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usterschreiben-inverzugsetzung-nach-vob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