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ZUM RUHESTAND EINES GESCHÄFTSPARTNERS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mit diesem Schreiben möchte ich Ihnen meinen bevorstehenden Ruhestand ankündigen und mich für die vertrauensvolle und erfolgreiche Zusammenarbeit bedanken.</w:t>
      </w:r>
    </w:p>
    <w:p/>
    <w:p>
      <w:r>
        <w:rPr>
          <w:b w:val="0"/>
          <w:sz w:val="20"/>
        </w:rPr>
        <w:t>Nach vielen Jahren gemeinsamer Geschäftsbeziehungen werde ich meine Tätigkeit zum nächstmöglichen Zeitpunkt beenden. Es war mir stets eine Freude, mit Ihnen zusammenzuarbeiten und gemeinsam Projekte erfolgreich umzusetzen.</w:t>
      </w:r>
    </w:p>
    <w:p/>
    <w:p>
      <w:r>
        <w:rPr>
          <w:b w:val="0"/>
          <w:sz w:val="20"/>
        </w:rPr>
        <w:t>Für die Zukunft wünsche ich Ihnen weiterhin viel Erfolg und hoffe, dass sich unsere Wege eventuell in anderer Form wieder kreuzen werden.</w:t>
      </w:r>
    </w:p>
    <w:p/>
    <w:p>
      <w:r>
        <w:rPr>
          <w:b w:val="0"/>
          <w:sz w:val="20"/>
        </w:rPr>
        <w:t>Für Rückfragen stehe ich Ihnen selbstverständlich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  <w:br/>
              <w:t>Adresse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  <w:br/>
              <w:t>Adresse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https://mustergenau.com/musterbrief-ruhestand-geschaftspartner/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musterbrief-ruhestand-geschaftspartn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