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ANSCHREIBEN AN DEN NOTAR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>
      <w:r>
        <w:rPr>
          <w:b/>
          <w:sz w:val="20"/>
        </w:rPr>
        <w:t>Notariat :</w:t>
      </w:r>
    </w:p>
    <w:p>
      <w:r>
        <w:rPr>
          <w:b w:val="0"/>
          <w:sz w:val="20"/>
        </w:rPr>
        <w:t>Name des Notars : _________________________________________________</w:t>
      </w:r>
    </w:p>
    <w:p>
      <w:r>
        <w:rPr>
          <w:b w:val="0"/>
          <w:sz w:val="20"/>
        </w:rPr>
        <w:t>Adresse : 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Beauftragung der Beurkundung eines Kaufvertrages / sonstiger Rechtsgeschäft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beauftrage ich Sie, die Beurkundung des Kaufvertrages für die Immobilie / das Grundstück mit folgender Bezeichnung vorzunehmen:</w:t>
      </w:r>
    </w:p>
    <w:p/>
    <w:p>
      <w:r>
        <w:rPr>
          <w:b w:val="0"/>
          <w:sz w:val="20"/>
        </w:rPr>
        <w:t>Objektbezeichnung / Adresse : ___________________________________________</w:t>
      </w:r>
    </w:p>
    <w:p>
      <w:r>
        <w:rPr>
          <w:b w:val="0"/>
          <w:sz w:val="20"/>
        </w:rPr>
        <w:t>Eigentümer Verkäufer : ____________________________________________________</w:t>
      </w:r>
    </w:p>
    <w:p>
      <w:r>
        <w:rPr>
          <w:b w:val="0"/>
          <w:sz w:val="20"/>
        </w:rPr>
        <w:t>Käufer : ________________________________________________________________</w:t>
      </w:r>
    </w:p>
    <w:p/>
    <w:p>
      <w:r>
        <w:rPr>
          <w:b w:val="0"/>
          <w:sz w:val="20"/>
        </w:rPr>
        <w:t>Bitte informieren Sie mich über den weiteren Ablauf und die benötigten Unterlagen. Ich bitte außerdem um Mitteilung der voraussichtlichen Kosten und Terminvereinbarung.</w:t>
      </w:r>
    </w:p>
    <w:p/>
    <w:p>
      <w:r>
        <w:rPr>
          <w:b w:val="0"/>
          <w:sz w:val="20"/>
        </w:rPr>
        <w:t>Für Rückfragen stehe ich Ihnen jederzeit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Name / Unterschrift</w:t>
      </w:r>
    </w:p>
    <w:p/>
    <w:p/>
    <w:p>
      <w:r>
        <w:rPr>
          <w:b w:val="0"/>
          <w:sz w:val="20"/>
        </w:rPr>
        <w:t>Ort : ________________________    Datum : 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Notariat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https://mustergenau.com/muster-anschreiben-notar/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uster-anschreiben-nota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