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MITTEILUNG AN DEN NETZBETREIBER</w:t>
      </w:r>
    </w:p>
    <w:p>
      <w:pPr>
        <w:jc w:val="center"/>
      </w:pPr>
      <w:r>
        <w:rPr>
          <w:b/>
          <w:sz w:val="20"/>
        </w:rPr>
        <w:t>Kleinunternehmerregelung nach § 19 UStG</w:t>
      </w:r>
    </w:p>
    <w:p/>
    <w:p/>
    <w:p>
      <w:r>
        <w:rPr>
          <w:b/>
          <w:sz w:val="20"/>
        </w:rPr>
        <w:t>Absender:</w:t>
      </w:r>
    </w:p>
    <w:p>
      <w:r>
        <w:rPr>
          <w:b w:val="0"/>
          <w:sz w:val="20"/>
        </w:rPr>
        <w:t>Name / Firma : _______________________________________________________________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_____________________________________________________________</w:t>
      </w:r>
    </w:p>
    <w:p>
      <w:r>
        <w:rPr>
          <w:b w:val="0"/>
          <w:sz w:val="20"/>
        </w:rPr>
        <w:t>E-Mail : _________________________________________________________________</w:t>
      </w:r>
    </w:p>
    <w:p/>
    <w:p>
      <w:r>
        <w:rPr>
          <w:b/>
          <w:sz w:val="20"/>
        </w:rPr>
        <w:t>Netzbetreiber:</w:t>
      </w:r>
    </w:p>
    <w:p>
      <w:r>
        <w:rPr>
          <w:b w:val="0"/>
          <w:sz w:val="20"/>
        </w:rPr>
        <w:t>Name / Firma : _______________________________________________________________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_________________________________________________________________</w:t>
      </w:r>
    </w:p>
    <w:p/>
    <w:p>
      <w:r>
        <w:rPr>
          <w:b/>
          <w:sz w:val="20"/>
        </w:rPr>
        <w:t>Betreff:</w:t>
      </w:r>
    </w:p>
    <w:p>
      <w:r>
        <w:rPr>
          <w:b w:val="0"/>
          <w:sz w:val="20"/>
        </w:rPr>
        <w:t>Mitteilung über die Anwendung der Kleinunternehmerregelung nach § 19 UStG</w:t>
      </w:r>
    </w:p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teile ich Ihnen mit, dass ich gemäß § 19 des Umsatzsteuergesetzes (UStG) die Kleinunternehmerregelung in Anspruch nehme.</w:t>
      </w:r>
    </w:p>
    <w:p>
      <w:r>
        <w:rPr>
          <w:b w:val="0"/>
          <w:sz w:val="20"/>
        </w:rPr>
        <w:t>Ich bin daher nicht verpflichtet, Umsatzsteuer auf meinen Rechnungen auszuweisen und abzuführen.</w:t>
      </w:r>
    </w:p>
    <w:p>
      <w:r>
        <w:rPr>
          <w:b w:val="0"/>
          <w:sz w:val="20"/>
        </w:rPr>
        <w:t>Bitte berücksichtigen Sie dies bei der Abrechnung und stellen Sie mir keine Umsatzsteuer in Rechnung.</w:t>
      </w:r>
    </w:p>
    <w:p/>
    <w:p>
      <w:r>
        <w:rPr>
          <w:b w:val="0"/>
          <w:sz w:val="20"/>
        </w:rPr>
        <w:t>Sollten sich Änderungen bezüglich meiner steuerlichen Situation ergeben, werde ich Sie unverzüglich informieren.</w:t>
      </w:r>
    </w:p>
    <w:p/>
    <w:p/>
    <w:p>
      <w:r>
        <w:rPr>
          <w:b w:val="0"/>
          <w:sz w:val="20"/>
        </w:rPr>
        <w:t>Mit freundlichen Grüßen,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_______________________________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https://mustergenau.com/mitteilung-netzbetreiber-kleinunternehmer-muster/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https://mustergenau.com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mustergenau.com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genau.com/mitteilung-netzbetreiber-kleinunternehmer-muster/" TargetMode="External"/><Relationship Id="rId10" Type="http://schemas.openxmlformats.org/officeDocument/2006/relationships/hyperlink" Target="https://mustergenau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