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MITGLIEDSBESCHEINIGUNG</w:t>
      </w:r>
    </w:p>
    <w:p/>
    <w:p/>
    <w:p>
      <w:r>
        <w:rPr>
          <w:b/>
          <w:sz w:val="20"/>
        </w:rPr>
        <w:t>Sportverein :</w:t>
      </w:r>
    </w:p>
    <w:p>
      <w:r>
        <w:rPr>
          <w:b w:val="0"/>
          <w:sz w:val="20"/>
        </w:rPr>
        <w:t>Name des Vereins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</w:t>
      </w:r>
    </w:p>
    <w:p/>
    <w:p/>
    <w:p>
      <w:r>
        <w:rPr>
          <w:b/>
          <w:sz w:val="20"/>
        </w:rPr>
        <w:t>Mitglied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Mitgliedsnummer : _____________________________________________________</w:t>
      </w:r>
    </w:p>
    <w:p/>
    <w:p/>
    <w:p>
      <w:r>
        <w:rPr>
          <w:b/>
          <w:sz w:val="20"/>
        </w:rPr>
        <w:t>Mitgliedschaft :</w:t>
      </w:r>
    </w:p>
    <w:p>
      <w:r>
        <w:rPr>
          <w:b w:val="0"/>
          <w:sz w:val="20"/>
        </w:rPr>
        <w:t>Der/die oben genannte ist Mitglied im Sportverein und nimmt am Vereinsleben teil.</w:t>
      </w:r>
    </w:p>
    <w:p>
      <w:r>
        <w:rPr>
          <w:b w:val="0"/>
          <w:sz w:val="20"/>
        </w:rPr>
        <w:t>Der Verein bestätigt hiermit die Mitgliedschaft ab dem Eintrittsdatum:</w:t>
      </w:r>
    </w:p>
    <w:p>
      <w:r>
        <w:rPr>
          <w:b w:val="0"/>
          <w:sz w:val="20"/>
        </w:rPr>
        <w:t>Eintrittsdatum : ______________________________________________________</w:t>
      </w:r>
    </w:p>
    <w:p>
      <w:r>
        <w:rPr>
          <w:b w:val="0"/>
          <w:sz w:val="20"/>
        </w:rPr>
        <w:t>Mitgliedschaftsart : ___________________________________________________</w:t>
      </w:r>
    </w:p>
    <w:p/>
    <w:p/>
    <w:p>
      <w:r>
        <w:rPr>
          <w:b/>
          <w:sz w:val="20"/>
        </w:rPr>
        <w:t>Satzung und Rechte :</w:t>
      </w:r>
    </w:p>
    <w:p>
      <w:r>
        <w:rPr>
          <w:b w:val="0"/>
          <w:sz w:val="20"/>
        </w:rPr>
        <w:t>Die Mitgliedschaft unterliegt den Bestimmungen der Satzung des Sportvereins.</w:t>
      </w:r>
    </w:p>
    <w:p>
      <w:r>
        <w:rPr>
          <w:b w:val="0"/>
          <w:sz w:val="20"/>
        </w:rPr>
        <w:t>Das Mitglied hat die Rechte und Pflichten gemäß der Satzung zu erfüllen.</w:t>
      </w:r>
    </w:p>
    <w:p/>
    <w:p/>
    <w:p>
      <w:r>
        <w:rPr>
          <w:b/>
          <w:sz w:val="20"/>
        </w:rPr>
        <w:t>Bestätigung :</w:t>
      </w:r>
    </w:p>
    <w:p>
      <w:r>
        <w:rPr>
          <w:b w:val="0"/>
          <w:sz w:val="20"/>
        </w:rPr>
        <w:t>Diese Mitgliedsbescheinigung wird auf Antrag ausgestellt und dient als Nachweis der Mitgliedschaft.</w:t>
      </w:r>
    </w:p>
    <w:p/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Vorsitzender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Mitglied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https://mustergenau.com/mitgliedsbescheinigung-sportverein-vorlage/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mitgliedsbescheinigung-sportverein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