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MEDIKAMENTENGABE IN DER SCHULE</w:t>
      </w:r>
    </w:p>
    <w:p/>
    <w:p>
      <w:r>
        <w:rPr>
          <w:b/>
          <w:sz w:val="20"/>
        </w:rPr>
        <w:t>Angaben zum Schüler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Klasse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Angaben zum Medikament und zur Gabe :</w:t>
      </w:r>
    </w:p>
    <w:p>
      <w:r>
        <w:rPr>
          <w:b w:val="0"/>
          <w:sz w:val="20"/>
        </w:rPr>
        <w:t>Name des Medikaments : _______________________________________________</w:t>
      </w:r>
    </w:p>
    <w:p>
      <w:r>
        <w:rPr>
          <w:b w:val="0"/>
          <w:sz w:val="20"/>
        </w:rPr>
        <w:t>Darreichungsform (z. B. Tabletten, Saft) : ____________________________</w:t>
      </w:r>
    </w:p>
    <w:p>
      <w:r>
        <w:rPr>
          <w:b w:val="0"/>
          <w:sz w:val="20"/>
        </w:rPr>
        <w:t>Dosierung : _________________________________________________________</w:t>
      </w:r>
    </w:p>
    <w:p>
      <w:r>
        <w:rPr>
          <w:b w:val="0"/>
          <w:sz w:val="20"/>
        </w:rPr>
        <w:t>Zeitpunkt der Einnahme : ____________________________________________</w:t>
      </w:r>
    </w:p>
    <w:p>
      <w:r>
        <w:rPr>
          <w:b w:val="0"/>
          <w:sz w:val="20"/>
        </w:rPr>
        <w:t>Dauer der Medikamentengabe : _________________________________________</w:t>
      </w:r>
    </w:p>
    <w:p>
      <w:r>
        <w:rPr>
          <w:b w:val="0"/>
          <w:sz w:val="20"/>
        </w:rPr>
        <w:t>Besondere Hinweise / Nebenwirkungen : ________________________________</w:t>
      </w:r>
    </w:p>
    <w:p/>
    <w:p>
      <w:r>
        <w:rPr>
          <w:b/>
          <w:sz w:val="20"/>
        </w:rPr>
        <w:t>Erklärung der Erziehungsberechtigten :</w:t>
      </w:r>
    </w:p>
    <w:p>
      <w:r>
        <w:rPr>
          <w:b w:val="0"/>
          <w:sz w:val="20"/>
        </w:rPr>
        <w:t>Hiermit erteile ich der Schule die Einwilligung, meinem Kind das oben genannte Medikament nach ärztlicher Anordnung zu verabreichen.</w:t>
      </w:r>
    </w:p>
    <w:p>
      <w:r>
        <w:rPr>
          <w:b w:val="0"/>
          <w:sz w:val="20"/>
        </w:rPr>
        <w:t>Ich bestätige, dass ich die Schule über mögliche Risiken und Nebenwirkungen informiert habe und die Schule angewiesen habe, im Notfall unverzüglich mich oder den Arzt zu benachrichtigen.</w:t>
      </w:r>
    </w:p>
    <w:p>
      <w:r>
        <w:rPr>
          <w:b w:val="0"/>
          <w:sz w:val="20"/>
        </w:rPr>
        <w:t>Die Schule übernimmt keine Haftung für eventuell auftretende Nebenwirkungen, soweit die Verabreichung nach ärztlicher Anordnung erfolgte.</w:t>
      </w:r>
    </w:p>
    <w:p/>
    <w:p>
      <w:r>
        <w:rPr>
          <w:b/>
          <w:sz w:val="20"/>
        </w:rPr>
        <w:t>Erklärung der Schule :</w:t>
      </w:r>
    </w:p>
    <w:p>
      <w:r>
        <w:rPr>
          <w:b w:val="0"/>
          <w:sz w:val="20"/>
        </w:rPr>
        <w:t>Die Schule verpflichtet sich, das Medikament entsprechend der ärztlichen Anweisung und unter Beachtung der Fürsorgepflicht zu verabreichen.</w:t>
      </w:r>
    </w:p>
    <w:p>
      <w:r>
        <w:rPr>
          <w:b w:val="0"/>
          <w:sz w:val="20"/>
        </w:rPr>
        <w:t>Die Mitarbeiter sind angewiesen, bei Auffälligkeiten unverzüglich die Erziehungsberechtigten zu informieren und bei Notfällen ärztliche Hilfe zu veranlassen.</w:t>
      </w:r>
    </w:p>
    <w:p/>
    <w:p>
      <w:r>
        <w:rPr>
          <w:b w:val="0"/>
          <w:sz w:val="20"/>
        </w:rPr>
        <w:t>Ort : _________________________    Datum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Erziehungsberechtigte/r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Vertretung der Schule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https://mustergenau.com/medikamentengabe-schule-vordruck/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medikamentengabe-schule-vordruck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