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KÜNDIGUNGSBESTÄTIGUNG</w:t>
      </w:r>
    </w:p>
    <w:p/>
    <w:p/>
    <w:p>
      <w:r>
        <w:rPr>
          <w:b/>
          <w:sz w:val="20"/>
        </w:rPr>
        <w:t>Verein :</w:t>
      </w:r>
    </w:p>
    <w:p>
      <w:r>
        <w:rPr>
          <w:b w:val="0"/>
          <w:sz w:val="20"/>
        </w:rPr>
        <w:t>Name des Vereins : ________________________________________________</w:t>
      </w:r>
    </w:p>
    <w:p>
      <w:r>
        <w:rPr>
          <w:b w:val="0"/>
          <w:sz w:val="20"/>
        </w:rPr>
        <w:t>Anschrift des Vereins : _____________________________________________</w:t>
      </w:r>
    </w:p>
    <w:p/>
    <w:p>
      <w:r>
        <w:rPr>
          <w:b/>
          <w:sz w:val="20"/>
        </w:rPr>
        <w:t>Mitglied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Mitgliedsnummer (falls vorhanden) : ________________________________</w:t>
      </w:r>
    </w:p>
    <w:p/>
    <w:p>
      <w:r>
        <w:rPr>
          <w:b w:val="0"/>
          <w:sz w:val="20"/>
        </w:rPr>
        <w:t>Hiermit bestätigen wir den Eingang Ihrer Kündigung der Mitgliedschaft im oben genannten Verein.</w:t>
      </w:r>
    </w:p>
    <w:p>
      <w:r>
        <w:rPr>
          <w:b w:val="0"/>
          <w:sz w:val="20"/>
        </w:rPr>
        <w:t>Die Kündigung wird gemäß der Satzung des Vereins zum nächstmöglichen Termin wirksam.</w:t>
      </w:r>
    </w:p>
    <w:p/>
    <w:p>
      <w:r>
        <w:rPr>
          <w:b w:val="0"/>
          <w:sz w:val="20"/>
        </w:rPr>
        <w:t>Wir danken Ihnen für die bisherige Mitgliedschaft und bedauern Ihr Ausscheiden.</w:t>
      </w:r>
    </w:p>
    <w:p/>
    <w:p/>
    <w:p>
      <w:r>
        <w:rPr>
          <w:b/>
          <w:sz w:val="20"/>
        </w:rPr>
        <w:t>Bitte beachten Sie:</w:t>
      </w:r>
    </w:p>
    <w:p>
      <w:r>
        <w:rPr>
          <w:b w:val="0"/>
          <w:sz w:val="20"/>
        </w:rPr>
        <w:t>- Rückgabe von Vereinsgegenständen (z.B. Schlüssel, Ausweise) bis spätestens _______________________.</w:t>
      </w:r>
    </w:p>
    <w:p>
      <w:r>
        <w:rPr>
          <w:b w:val="0"/>
          <w:sz w:val="20"/>
        </w:rPr>
        <w:t>- Offene Mitgliedsbeiträge sind bis zum Kündigungsdatum zu begleichen.</w:t>
      </w:r>
    </w:p>
    <w:p/>
    <w:p>
      <w:r>
        <w:rPr>
          <w:b w:val="0"/>
          <w:sz w:val="20"/>
        </w:rPr>
        <w:t>Mit Beendigung der Mitgliedschaft erlöschen alle Rechte und Pflichten aus der Mitgliedschaft, sofern nichts anderes vereinbart wurde.</w:t>
      </w:r>
    </w:p>
    <w:p/>
    <w:p/>
    <w:p>
      <w:r>
        <w:rPr>
          <w:b w:val="0"/>
          <w:sz w:val="20"/>
        </w:rPr>
        <w:t>Ort : ________________________________________    Datum 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MITGLIED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https://mustergenau.com/kundigungsbestatigung-verein/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sbestatigung-verei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