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MIETVERTRAGS WEGEN UMZUGS IN EIN ANDERES BUNDESLAND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des Vermieters : 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Mietvertrags wegen Umzugs in ein anderes Bundesland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/>
          <w:sz w:val="20"/>
        </w:rPr>
        <w:t>hiermit kündige ich den mit Ihnen bestehenden Mietvertrag für die Wohnung</w:t>
      </w:r>
    </w:p>
    <w:p>
      <w:r>
        <w:rPr>
          <w:b w:val="0"/>
          <w:sz w:val="20"/>
        </w:rPr>
        <w:t>____________________________________________________________ (Adresse der Mietwohnung)</w:t>
      </w:r>
    </w:p>
    <w:p>
      <w:r>
        <w:rPr>
          <w:b w:val="0"/>
          <w:sz w:val="20"/>
        </w:rPr>
        <w:t>aus persönlichen Gründen, da ich in ein anderes Bundesland umziehe.</w:t>
      </w:r>
    </w:p>
    <w:p/>
    <w:p>
      <w:r>
        <w:rPr>
          <w:b w:val="0"/>
          <w:sz w:val="20"/>
        </w:rPr>
        <w:t>Die Kündigung erfolgt fristgerecht zum nächstmöglichen Termin. Bitte bestätigen Sie mir</w:t>
      </w:r>
    </w:p>
    <w:p>
      <w:r>
        <w:rPr>
          <w:b w:val="0"/>
          <w:sz w:val="20"/>
        </w:rPr>
        <w:t>schriftlich den Erhalt der Kündigung sowie das Vertragsende.</w:t>
      </w:r>
    </w:p>
    <w:p/>
    <w:p>
      <w:r>
        <w:rPr>
          <w:b w:val="0"/>
          <w:sz w:val="20"/>
        </w:rPr>
        <w:t>Ich werde die Wohnung gemäß den vertraglichen Vereinbarungen übergeben und stehe für</w:t>
      </w:r>
    </w:p>
    <w:p>
      <w:r>
        <w:rPr>
          <w:b w:val="0"/>
          <w:sz w:val="20"/>
        </w:rPr>
        <w:t>eine Wohnungsübergabe nach Absprache zur Verfügung.</w:t>
      </w:r>
    </w:p>
    <w:p/>
    <w:p>
      <w:r>
        <w:rPr>
          <w:b w:val="0"/>
          <w:sz w:val="20"/>
        </w:rPr>
        <w:t>Für Rückfragen stehe ich Ihnen gerne zur Verfügung.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 Mieter/in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https://mustergenau.com/kundigung-wegen-umzug-in-ein-anderes-bundesland-muster/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undigung-wegen-umzug-in-ein-anderes-bundesland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