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SUBUNTERNEHMERVERTRAGS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Firma : __________________________________________________________</w:t>
      </w:r>
    </w:p>
    <w:p>
      <w:r>
        <w:rPr>
          <w:b w:val="0"/>
          <w:sz w:val="20"/>
        </w:rPr>
        <w:t>Ansprechpartner : 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 : _________________________________________________________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Firma : __________________________________________________________</w:t>
      </w:r>
    </w:p>
    <w:p>
      <w:r>
        <w:rPr>
          <w:b w:val="0"/>
          <w:sz w:val="20"/>
        </w:rPr>
        <w:t>Ansprechpartner : 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 : _________________________________________________________</w:t>
      </w:r>
    </w:p>
    <w:p/>
    <w:p>
      <w:r>
        <w:rPr>
          <w:b/>
          <w:sz w:val="20"/>
        </w:rPr>
        <w:t>Betreff: Kündigung des Subunternehmervertrags</w:t>
      </w:r>
    </w:p>
    <w:p/>
    <w:p>
      <w:r>
        <w:rPr>
          <w:b w:val="0"/>
          <w:sz w:val="20"/>
        </w:rPr>
        <w:t>Sehr geehrte Damen und Herren,</w:t>
      </w:r>
    </w:p>
    <w:p>
      <w:r>
        <w:rPr>
          <w:b w:val="0"/>
          <w:sz w:val="20"/>
        </w:rPr>
        <w:t>hiermit kündigen wir den bestehenden Subunternehmervertrag mit Ihrem Unternehmen fristgerecht und ordentlich zum nächstmöglichen Zeitpunkt.</w:t>
      </w:r>
    </w:p>
    <w:p/>
    <w:p>
      <w:r>
        <w:rPr>
          <w:b/>
          <w:sz w:val="20"/>
        </w:rPr>
        <w:t>Vertragsdetails:</w:t>
      </w:r>
    </w:p>
    <w:p>
      <w:r>
        <w:rPr>
          <w:b w:val="0"/>
          <w:sz w:val="20"/>
        </w:rPr>
        <w:t>Vertragsnummer / Bezeichnung : ____________________________________</w:t>
      </w:r>
    </w:p>
    <w:p>
      <w:r>
        <w:rPr>
          <w:b w:val="0"/>
          <w:sz w:val="20"/>
        </w:rPr>
        <w:t>Datum des Vertragsabschlusses : ___________________________________</w:t>
      </w:r>
    </w:p>
    <w:p>
      <w:r>
        <w:rPr>
          <w:b w:val="0"/>
          <w:sz w:val="20"/>
        </w:rPr>
        <w:t>Leistungsumfang : _________________________________________________</w:t>
      </w:r>
    </w:p>
    <w:p/>
    <w:p>
      <w:r>
        <w:rPr>
          <w:b/>
          <w:sz w:val="20"/>
        </w:rPr>
        <w:t>Kündigungsgrund (optional):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Bitte bestätigen Sie uns den Erhalt dieser Kündigung schriftlich und informieren Sie uns über das weitere Vorgehen bezüglich der laufenden Projekte und etwaiger Rückgaben oder Abrechnungen.</w:t>
      </w:r>
    </w:p>
    <w:p/>
    <w:p>
      <w:r>
        <w:rPr>
          <w:b w:val="0"/>
          <w:sz w:val="20"/>
        </w:rPr>
        <w:t>Für Rückfragen stehen wir Ihnen jederzeit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https://mustergenau.com/kundigung-subunternehmervertrag-vorlage/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subunternehmervertrag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