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KÜNDIGUNGSSCHREIBEN SICHERHEITSDIENST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Firma / Name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Empfänger (Sicherheitsdienst) :</w:t>
      </w:r>
    </w:p>
    <w:p>
      <w:r>
        <w:rPr>
          <w:b w:val="0"/>
          <w:sz w:val="20"/>
        </w:rPr>
        <w:t>Firma / Name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Betreff : Kündigung des Sicherheitsdienstvertrags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Vertrag über die Erbringung von Sicherheitsdienstleistungen fristgerecht zum nächstmöglichen Zeitpunkt.</w:t>
      </w:r>
    </w:p>
    <w:p/>
    <w:p>
      <w:r>
        <w:rPr>
          <w:b w:val="0"/>
          <w:sz w:val="20"/>
        </w:rPr>
        <w:t>Bitte bestätigen Sie mir den Erhalt dieser Kündigung sowie das Vertragsende schriftlich.</w:t>
      </w:r>
    </w:p>
    <w:p/>
    <w:p>
      <w:r>
        <w:rPr>
          <w:b w:val="0"/>
          <w:sz w:val="20"/>
        </w:rPr>
        <w:t>Ich bedanke mich für die bisherige Zusammenarbeit.</w:t>
      </w:r>
    </w:p>
    <w:p/>
    <w:p/>
    <w:p>
      <w:r>
        <w:rPr>
          <w:b w:val="0"/>
          <w:sz w:val="20"/>
        </w:rPr>
        <w:t>Ort : _____________________________________    Datum : _____________________________________</w:t>
      </w:r>
    </w:p>
    <w:p/>
    <w:p/>
    <w:p>
      <w:r>
        <w:rPr>
          <w:b w:val="0"/>
          <w:sz w:val="20"/>
        </w:rPr>
        <w:t>Unterschrift 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Sicherheitsdienst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deutlich)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deutlich)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https://mustergenau.com/kundigung-sicherheitsdienst-muster/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undigung-sicherheitsdienst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