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GARANTIEVERLÄNGERUNG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>
      <w:r>
        <w:rPr>
          <w:b w:val="0"/>
          <w:sz w:val="20"/>
        </w:rPr>
        <w:t>E-Mail-Adresse : ________________________________________________________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Firma : ________________________________________________________________</w:t>
      </w:r>
    </w:p>
    <w:p>
      <w:r>
        <w:rPr>
          <w:b w:val="0"/>
          <w:sz w:val="20"/>
        </w:rPr>
        <w:t>Abteilung (falls bekannt) : 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/>
    <w:p>
      <w:r>
        <w:rPr>
          <w:b/>
          <w:sz w:val="20"/>
        </w:rPr>
        <w:t>Hiermit kündige ich die Garantieverlängerung für das folgende Produkt fristgerecht und ordentlich:</w:t>
      </w:r>
    </w:p>
    <w:p>
      <w:r>
        <w:rPr>
          <w:b w:val="0"/>
          <w:sz w:val="20"/>
        </w:rPr>
        <w:t>Produktbezeichnung : ________________________________________________</w:t>
      </w:r>
    </w:p>
    <w:p>
      <w:r>
        <w:rPr>
          <w:b w:val="0"/>
          <w:sz w:val="20"/>
        </w:rPr>
        <w:t>Vertrags- / Kundennummer : ___________________________________________</w:t>
      </w:r>
    </w:p>
    <w:p>
      <w:r>
        <w:rPr>
          <w:b w:val="0"/>
          <w:sz w:val="20"/>
        </w:rPr>
        <w:t>Kaufdatum : ___________________________________________________________</w:t>
      </w:r>
    </w:p>
    <w:p/>
    <w:p>
      <w:r>
        <w:rPr>
          <w:b w:val="0"/>
          <w:sz w:val="20"/>
        </w:rPr>
        <w:t>Die Kündigung erfolgt ohne Angabe von Gründen und unter Einhaltung der vereinbarten Kündigungsfrist.</w:t>
      </w:r>
    </w:p>
    <w:p/>
    <w:p>
      <w:r>
        <w:rPr>
          <w:b w:val="0"/>
          <w:sz w:val="20"/>
        </w:rPr>
        <w:t>Ich bitte um schriftliche Bestätigung des Eingangs und der Wirksamkeit dieser Kündigung.</w:t>
      </w:r>
    </w:p>
    <w:p/>
    <w:p>
      <w:r>
        <w:rPr>
          <w:b/>
          <w:sz w:val="20"/>
        </w:rPr>
        <w:t>Rechtliche Hinweise:</w:t>
      </w:r>
    </w:p>
    <w:p>
      <w:r>
        <w:rPr>
          <w:b w:val="0"/>
          <w:sz w:val="20"/>
        </w:rPr>
        <w:t>Gemäß den gesetzlichen Bestimmungen (§ 314 BGB) kann das Vertragsverhältnis mit einer Frist von mindestens einem Monat vor Ablauf der Garantieverlängerung ordentlich gekündigt werden.</w:t>
      </w:r>
    </w:p>
    <w:p>
      <w:r>
        <w:rPr>
          <w:b w:val="0"/>
          <w:sz w:val="20"/>
        </w:rPr>
        <w:t>Diese Kündigung erfolgt gemäß den vertraglichen Vereinbarungen und den geltenden gesetzlichen Vorschriften.</w:t>
      </w:r>
    </w:p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: 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https://mustergenau.com/kundigung-garantieverlangerung/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undigung-garantieverlangerung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