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EINSTELLVERTRAGS</w:t>
      </w:r>
    </w:p>
    <w:p/>
    <w:p>
      <w:r>
        <w:rPr>
          <w:b/>
          <w:sz w:val="20"/>
        </w:rPr>
        <w:t>Vertragsparteien:</w:t>
      </w:r>
    </w:p>
    <w:p>
      <w:r>
        <w:rPr>
          <w:b w:val="0"/>
          <w:sz w:val="20"/>
        </w:rPr>
        <w:t>Vermieter / Einstellplatzgeber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_________________________________________________________________________</w:t>
      </w:r>
    </w:p>
    <w:p/>
    <w:p>
      <w:r>
        <w:rPr>
          <w:b w:val="0"/>
          <w:sz w:val="20"/>
        </w:rPr>
        <w:t>Mieter / Einstellplatznehmer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_________________________________________________________________________</w:t>
      </w:r>
    </w:p>
    <w:p/>
    <w:p>
      <w:r>
        <w:rPr>
          <w:b/>
          <w:sz w:val="20"/>
        </w:rPr>
        <w:t>Vertragsgegenstand:</w:t>
      </w:r>
    </w:p>
    <w:p>
      <w:r>
        <w:rPr>
          <w:b w:val="0"/>
          <w:sz w:val="20"/>
        </w:rPr>
        <w:t>Der Einstellvertrag über den Einstellplatz für folgendes Fahrzeug/Objekt wird hiermit gekündigt:</w:t>
      </w:r>
    </w:p>
    <w:p>
      <w:r>
        <w:rPr>
          <w:b w:val="0"/>
          <w:sz w:val="20"/>
        </w:rPr>
        <w:t>Fahrzeug / Objekt : _____________________________________________________________________</w:t>
      </w:r>
    </w:p>
    <w:p>
      <w:r>
        <w:rPr>
          <w:b w:val="0"/>
          <w:sz w:val="20"/>
        </w:rPr>
        <w:t>Kennzeichen / Identifikationsnummer : _____________________________________________________</w:t>
      </w:r>
    </w:p>
    <w:p/>
    <w:p>
      <w:r>
        <w:rPr>
          <w:b/>
          <w:sz w:val="20"/>
        </w:rPr>
        <w:t>Kündigung:</w:t>
      </w:r>
    </w:p>
    <w:p>
      <w:r>
        <w:rPr>
          <w:b w:val="0"/>
          <w:sz w:val="20"/>
        </w:rPr>
        <w:t>Hiermit kündige ich den zwischen den Vertragsparteien geschlossenen Einstellvertrag fristgerecht.</w:t>
      </w:r>
    </w:p>
    <w:p>
      <w:r>
        <w:rPr>
          <w:b w:val="0"/>
          <w:sz w:val="20"/>
        </w:rPr>
        <w:t>Die Nutzung des Einstellplatzes endet mit Wirksamkeit dieser Kündigung.</w:t>
      </w:r>
    </w:p>
    <w:p>
      <w:r>
        <w:rPr>
          <w:b w:val="0"/>
          <w:sz w:val="20"/>
        </w:rPr>
        <w:t>Etwaige ausstehende Zahlungen sind bis zum Ende der Vertragslaufzeit zu begleichen.</w:t>
      </w:r>
    </w:p>
    <w:p/>
    <w:p>
      <w:r>
        <w:rPr>
          <w:b/>
          <w:sz w:val="20"/>
        </w:rPr>
        <w:t>Rückgabe und Zustand des Einstellplatzes:</w:t>
      </w:r>
    </w:p>
    <w:p>
      <w:r>
        <w:rPr>
          <w:b w:val="0"/>
          <w:sz w:val="20"/>
        </w:rPr>
        <w:t>Der Einstellplatz ist zum Vertragsende in ordnungsgemäßem Zustand zurückzugeben.</w:t>
      </w:r>
    </w:p>
    <w:p>
      <w:r>
        <w:rPr>
          <w:b w:val="0"/>
          <w:sz w:val="20"/>
        </w:rPr>
        <w:t>Etwaige Schäden, die über die übliche Abnutzung hinausgehen, sind vom Mieter zu ersetzen.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Sollten einzelne Bestimmungen dieser Kündigung unwirksam sein oder werden, bleibt die Wirksamkeit der übrigen Bestimmungen unberührt.</w:t>
      </w:r>
    </w:p>
    <w:p>
      <w:r>
        <w:rPr>
          <w:b w:val="0"/>
          <w:sz w:val="20"/>
        </w:rPr>
        <w:t>Änderungen und Ergänzungen bedürfen der Schriftform.</w:t>
      </w:r>
    </w:p>
    <w:p/>
    <w:p/>
    <w:p>
      <w:r>
        <w:rPr>
          <w:b w:val="0"/>
          <w:sz w:val="20"/>
        </w:rPr>
        <w:t>Ort : ______________________________________    Unterschrift Mieter : _____________________________</w:t>
      </w:r>
    </w:p>
    <w:p>
      <w:r>
        <w:rPr>
          <w:b w:val="0"/>
          <w:sz w:val="20"/>
        </w:rPr>
        <w:t>Ort : ______________________________________    Unterschrift Vermieter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EINSTELLPLATZGEBER (VERMIETER)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EINSTELLPLATZNEHMER (MIETER)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https://mustergenau.com/kundigung-einstellvertrag-vorlage/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einstellvertra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