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KUMULIERTE RECHNUNG</w:t>
      </w:r>
    </w:p>
    <w:p/>
    <w:p>
      <w:r>
        <w:rPr>
          <w:b/>
          <w:sz w:val="20"/>
        </w:rPr>
        <w:t>Angaben des Rechnungsstellers:</w:t>
      </w:r>
    </w:p>
    <w:p>
      <w:r>
        <w:rPr>
          <w:b w:val="0"/>
          <w:sz w:val="20"/>
        </w:rPr>
        <w:t>Firma/Name : ___________________________________________________________</w:t>
      </w:r>
    </w:p>
    <w:p>
      <w:r>
        <w:rPr>
          <w:b w:val="0"/>
          <w:sz w:val="20"/>
        </w:rPr>
        <w:t>Anschrift : _____________________________________________________________</w:t>
      </w:r>
    </w:p>
    <w:p>
      <w:r>
        <w:rPr>
          <w:b w:val="0"/>
          <w:sz w:val="20"/>
        </w:rPr>
        <w:t>Steuernummer / USt-IdNr. : ______________________________________________</w:t>
      </w:r>
    </w:p>
    <w:p>
      <w:r>
        <w:rPr>
          <w:b w:val="0"/>
          <w:sz w:val="20"/>
        </w:rPr>
        <w:t>Telefon / E-Mail : ______________________________________________________</w:t>
      </w:r>
    </w:p>
    <w:p/>
    <w:p>
      <w:r>
        <w:rPr>
          <w:b/>
          <w:sz w:val="20"/>
        </w:rPr>
        <w:t>Angaben des Rechnungsempfängers:</w:t>
      </w:r>
    </w:p>
    <w:p>
      <w:r>
        <w:rPr>
          <w:b w:val="0"/>
          <w:sz w:val="20"/>
        </w:rPr>
        <w:t>Firma/Name : ___________________________________________________________</w:t>
      </w:r>
    </w:p>
    <w:p>
      <w:r>
        <w:rPr>
          <w:b w:val="0"/>
          <w:sz w:val="20"/>
        </w:rPr>
        <w:t>Anschrift : _____________________________________________________________</w:t>
      </w:r>
    </w:p>
    <w:p>
      <w:r>
        <w:rPr>
          <w:b w:val="0"/>
          <w:sz w:val="20"/>
        </w:rPr>
        <w:t>Telefon / E-Mail : ______________________________________________________</w:t>
      </w:r>
    </w:p>
    <w:p/>
    <w:p>
      <w:r>
        <w:rPr>
          <w:b/>
          <w:sz w:val="20"/>
        </w:rPr>
        <w:t>Rechnungsübersicht: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1994"/>
        <w:gridCol w:w="1994"/>
        <w:gridCol w:w="1994"/>
        <w:gridCol w:w="1994"/>
        <w:gridCol w:w="1994"/>
      </w:tblGrid>
      <w:tr>
        <w:tc>
          <w:tcPr>
            <w:tcW w:type="dxa" w:w="1994"/>
          </w:tcPr>
          <w:p>
            <w:r>
              <w:t>Rechnungsnummer</w:t>
            </w:r>
          </w:p>
        </w:tc>
        <w:tc>
          <w:tcPr>
            <w:tcW w:type="dxa" w:w="1994"/>
          </w:tcPr>
          <w:p>
            <w:r>
              <w:t>Leistungszeitraum</w:t>
            </w:r>
          </w:p>
        </w:tc>
        <w:tc>
          <w:tcPr>
            <w:tcW w:type="dxa" w:w="1994"/>
          </w:tcPr>
          <w:p>
            <w:r>
              <w:t>Leistungsbeschreibung</w:t>
            </w:r>
          </w:p>
        </w:tc>
        <w:tc>
          <w:tcPr>
            <w:tcW w:type="dxa" w:w="1994"/>
          </w:tcPr>
          <w:p>
            <w:r>
              <w:t>Nettobetrag (EUR)</w:t>
            </w:r>
          </w:p>
        </w:tc>
        <w:tc>
          <w:tcPr>
            <w:tcW w:type="dxa" w:w="1994"/>
          </w:tcPr>
          <w:p>
            <w:r>
              <w:t>Umsatzsteuer (EUR)</w:t>
            </w:r>
          </w:p>
        </w:tc>
      </w:tr>
      <w:tr>
        <w:tc>
          <w:tcPr>
            <w:tcW w:type="dxa" w:w="1994"/>
          </w:tcPr>
          <w:p>
            <w:r>
              <w:t>______________</w:t>
            </w:r>
          </w:p>
        </w:tc>
        <w:tc>
          <w:tcPr>
            <w:tcW w:type="dxa" w:w="1994"/>
          </w:tcPr>
          <w:p>
            <w:r>
              <w:t>______________</w:t>
            </w:r>
          </w:p>
        </w:tc>
        <w:tc>
          <w:tcPr>
            <w:tcW w:type="dxa" w:w="1994"/>
          </w:tcPr>
          <w:p>
            <w:r>
              <w:t>______________________________________________________</w:t>
            </w:r>
          </w:p>
        </w:tc>
        <w:tc>
          <w:tcPr>
            <w:tcW w:type="dxa" w:w="1994"/>
          </w:tcPr>
          <w:p>
            <w:r>
              <w:t>______________</w:t>
            </w:r>
          </w:p>
        </w:tc>
        <w:tc>
          <w:tcPr>
            <w:tcW w:type="dxa" w:w="1994"/>
          </w:tcPr>
          <w:p>
            <w:r>
              <w:t>______________</w:t>
            </w:r>
          </w:p>
        </w:tc>
      </w:tr>
    </w:tbl>
    <w:p/>
    <w:p>
      <w:r>
        <w:rPr>
          <w:b/>
          <w:sz w:val="20"/>
        </w:rPr>
        <w:t>Summe Netto : ____________________ EUR</w:t>
      </w:r>
    </w:p>
    <w:p>
      <w:r>
        <w:rPr>
          <w:b/>
          <w:sz w:val="20"/>
        </w:rPr>
        <w:t>Summe Umsatzsteuer : ______________ EUR</w:t>
      </w:r>
    </w:p>
    <w:p>
      <w:r>
        <w:rPr>
          <w:b/>
          <w:sz w:val="20"/>
        </w:rPr>
        <w:t>Gesamtbetrag (Brutto) : ___________ EUR</w:t>
      </w:r>
    </w:p>
    <w:p/>
    <w:p>
      <w:r>
        <w:rPr>
          <w:b/>
          <w:sz w:val="20"/>
        </w:rPr>
        <w:t>Zahlungsbedingungen und Hinweise:</w:t>
      </w:r>
    </w:p>
    <w:p>
      <w:r>
        <w:rPr>
          <w:b w:val="0"/>
          <w:sz w:val="20"/>
        </w:rPr>
        <w:t>Zahlbar ohne Abzug innerhalb von 14 Tagen nach Erhalt der Rechnung.</w:t>
      </w:r>
    </w:p>
    <w:p>
      <w:r>
        <w:rPr>
          <w:b w:val="0"/>
          <w:sz w:val="20"/>
        </w:rPr>
        <w:t>Bitte geben Sie bei der Überweisung die jeweilige Rechnungsnummer an.</w:t>
      </w:r>
    </w:p>
    <w:p/>
    <w:p>
      <w:r>
        <w:rPr>
          <w:b/>
          <w:sz w:val="20"/>
        </w:rPr>
        <w:t>Hinweise:</w:t>
      </w:r>
    </w:p>
    <w:p>
      <w:r>
        <w:rPr>
          <w:b w:val="0"/>
          <w:sz w:val="20"/>
        </w:rPr>
        <w:t>Diese kumulierte Rechnung umfasst mehrere Einzelrechnungen und dient der Übersicht. Alle Einzelrechnungen sind separat archiviert und können bei Bedarf eingesehen werden. Rechtsansprüche richten sich nach den zugrundeliegenden Einzelrechnungen.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Rechnungssteller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Empfänger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https://mustergenau.com/kumulierte-rechnung-muster/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https://mustergenau.com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mustergenau.com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ustergenau.com/kumulierte-rechnung-muster/" TargetMode="External"/><Relationship Id="rId10" Type="http://schemas.openxmlformats.org/officeDocument/2006/relationships/hyperlink" Target="https://mustergenau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