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KONFORMITÄTSERKLÄRUNG BRANDSCHUTZ</w:t>
      </w:r>
    </w:p>
    <w:p/>
    <w:p>
      <w:r>
        <w:rPr>
          <w:b/>
          <w:sz w:val="20"/>
        </w:rPr>
        <w:t>Angaben des Auftraggebers:</w:t>
      </w:r>
    </w:p>
    <w:p>
      <w:r>
        <w:rPr>
          <w:b w:val="0"/>
          <w:sz w:val="20"/>
        </w:rPr>
        <w:t>Firma / Name : _______________________________________________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>
      <w:r>
        <w:rPr>
          <w:b w:val="0"/>
          <w:sz w:val="20"/>
        </w:rPr>
        <w:t>Kontaktperson : 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Angaben des Herstellers / Lieferanten:</w:t>
      </w:r>
    </w:p>
    <w:p>
      <w:r>
        <w:rPr>
          <w:b w:val="0"/>
          <w:sz w:val="20"/>
        </w:rPr>
        <w:t>Firma / Name : _______________________________________________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>
      <w:r>
        <w:rPr>
          <w:b w:val="0"/>
          <w:sz w:val="20"/>
        </w:rPr>
        <w:t>Kontaktperson : 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Produktbeschreibung:</w:t>
      </w:r>
    </w:p>
    <w:p>
      <w:r>
        <w:rPr>
          <w:b w:val="0"/>
          <w:sz w:val="20"/>
        </w:rPr>
        <w:t>Bezeichnung : _______________________________________________</w:t>
      </w:r>
    </w:p>
    <w:p>
      <w:r>
        <w:rPr>
          <w:b w:val="0"/>
          <w:sz w:val="20"/>
        </w:rPr>
        <w:t>Typ / Modell : _______________________________________________</w:t>
      </w:r>
    </w:p>
    <w:p>
      <w:r>
        <w:rPr>
          <w:b w:val="0"/>
          <w:sz w:val="20"/>
        </w:rPr>
        <w:t>Seriennummer : _______________________________________________</w:t>
      </w:r>
    </w:p>
    <w:p>
      <w:r>
        <w:rPr>
          <w:b w:val="0"/>
          <w:sz w:val="20"/>
        </w:rPr>
        <w:t>Verwendungszweck : _______________________________________________</w:t>
      </w:r>
    </w:p>
    <w:p/>
    <w:p>
      <w:r>
        <w:rPr>
          <w:b/>
          <w:sz w:val="20"/>
        </w:rPr>
        <w:t>Angewandte Normen und Richtlinien:</w:t>
      </w:r>
    </w:p>
    <w:p>
      <w:r>
        <w:rPr>
          <w:b w:val="0"/>
          <w:sz w:val="20"/>
        </w:rPr>
        <w:t>DIN-Normen, technische Regeln und weitere Vorgaben, die eingehalten wurden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Erklärung zur Konformität:</w:t>
      </w:r>
    </w:p>
    <w:p>
      <w:r>
        <w:rPr>
          <w:b w:val="0"/>
          <w:sz w:val="20"/>
        </w:rPr>
        <w:t>Hiermit erklärt der Hersteller / Lieferant, dass das oben genannte Produkt den geltenden Anforderungen des deutschen und europäischen Brandschutzrechts entspricht und alle notwendigen Prüfungen sowie Zertifizierungen erfolgreich durchlaufen hat.</w:t>
      </w:r>
    </w:p>
    <w:p/>
    <w:p>
      <w:r>
        <w:rPr>
          <w:b w:val="0"/>
          <w:sz w:val="20"/>
        </w:rPr>
        <w:t>Die Konformität wurde nach den relevanten Normen und technischen Regeln kontrolliert und bestätigt. Diese Erklärung gilt ausschließlich für die beschriebenen Produkte und unter Berücksichtigung der angegebenen Einsatzbedingungen.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Diese Konformitätserklärung ersetzt keine fachgerechte Planung, Installation oder Wartung von Brandschutzmaßnahmen. Der Hersteller / Lieferant übernimmt keine Haftung für Schäden, die durch unsachgemäßen Einbau, Betrieb oder Nichtbeachtung der geltenden Vorschriften entstehen.</w:t>
      </w:r>
    </w:p>
    <w:p/>
    <w:p>
      <w:r>
        <w:rPr>
          <w:b/>
          <w:sz w:val="20"/>
        </w:rPr>
        <w:t>Unterschrift und Bestätigung:</w:t>
      </w:r>
    </w:p>
    <w:p>
      <w:r>
        <w:rPr>
          <w:b w:val="0"/>
          <w:sz w:val="20"/>
        </w:rPr>
        <w:t>Hiermit bestätige ich die Richtigkeit und Vollständigkeit der Angaben.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HERSTELLER / LIEFERANT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 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 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https://mustergenau.com/konformitatserklarung-brandschutz-vorlage/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onformitatserklarung-brandschutz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