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KLAGEERWEITERUNG</w:t>
      </w:r>
    </w:p>
    <w:p/>
    <w:p/>
    <w:p>
      <w:r>
        <w:rPr>
          <w:b/>
          <w:sz w:val="20"/>
        </w:rPr>
        <w:t>An das zuständige Gericht :</w:t>
      </w:r>
    </w:p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Aktenzeichen : _______________________________</w:t>
      </w:r>
    </w:p>
    <w:p/>
    <w:p>
      <w:r>
        <w:rPr>
          <w:b/>
          <w:sz w:val="20"/>
        </w:rPr>
        <w:t>Kläger: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Vertreten durch (falls zutreffend) : ______________________________</w:t>
      </w:r>
    </w:p>
    <w:p/>
    <w:p>
      <w:r>
        <w:rPr>
          <w:b/>
          <w:sz w:val="20"/>
        </w:rPr>
        <w:t>Beklagter: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/>
    <w:p>
      <w:r>
        <w:rPr>
          <w:b/>
          <w:sz w:val="20"/>
        </w:rPr>
        <w:t>Sehr geehrte Damen und Herren,</w:t>
      </w:r>
    </w:p>
    <w:p>
      <w:r>
        <w:rPr>
          <w:b w:val="0"/>
          <w:sz w:val="20"/>
        </w:rPr>
        <w:t>im vorliegenden Verfahren reiche ich hiermit die Klageerweiterung gemäß § 263 ZPO ein.</w:t>
      </w:r>
    </w:p>
    <w:p/>
    <w:p>
      <w:r>
        <w:rPr>
          <w:b/>
          <w:sz w:val="20"/>
        </w:rPr>
        <w:t>1. Erweiterung des Klageantrags</w:t>
      </w:r>
    </w:p>
    <w:p>
      <w:r>
        <w:rPr>
          <w:b w:val="0"/>
          <w:sz w:val="20"/>
        </w:rPr>
        <w:t>Der Klageantrag wird wie folgt erweitert bzw. ergänzt: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2. Begründung</w:t>
      </w:r>
    </w:p>
    <w:p>
      <w:r>
        <w:rPr>
          <w:b w:val="0"/>
          <w:sz w:val="20"/>
        </w:rPr>
        <w:t>Die Klageerweiterung erfolgt, da sich im Laufe des Verfahrens neue Tatsachen und Rechtsgründe ergeben haben, die eine Ergänzung der ursprünglichen Klage notwendig machen.</w:t>
      </w:r>
    </w:p>
    <w:p>
      <w:r>
        <w:rPr>
          <w:b w:val="0"/>
          <w:sz w:val="20"/>
        </w:rPr>
        <w:t>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</w:t>
      </w:r>
    </w:p>
    <w:p/>
    <w:p>
      <w:r>
        <w:rPr>
          <w:b/>
          <w:sz w:val="20"/>
        </w:rPr>
        <w:t>3. Hinweis auf bisherigen Stand des Verfahrens</w:t>
      </w:r>
    </w:p>
    <w:p>
      <w:r>
        <w:rPr>
          <w:b w:val="0"/>
          <w:sz w:val="20"/>
        </w:rPr>
        <w:t>Die Klageerweiterung wird fristgerecht und unter Beachtung der §§ 263, 264 ZPO eingereicht.</w:t>
      </w:r>
    </w:p>
    <w:p/>
    <w:p>
      <w:r>
        <w:rPr>
          <w:b/>
          <w:sz w:val="20"/>
        </w:rPr>
        <w:t>4. Beweismittel</w:t>
      </w:r>
    </w:p>
    <w:p>
      <w:r>
        <w:rPr>
          <w:b w:val="0"/>
          <w:sz w:val="20"/>
        </w:rPr>
        <w:t>Zur Unterstützung der erweiterten Klageanträge werden folgende Beweismittel vorgelegt:</w:t>
      </w:r>
    </w:p>
    <w:p>
      <w:r>
        <w:rPr>
          <w:b w:val="0"/>
          <w:sz w:val="20"/>
        </w:rPr>
        <w:t>- ________________________________________________</w:t>
      </w:r>
    </w:p>
    <w:p>
      <w:r>
        <w:rPr>
          <w:b w:val="0"/>
          <w:sz w:val="20"/>
        </w:rPr>
        <w:t>- ________________________________________________</w:t>
      </w:r>
    </w:p>
    <w:p/>
    <w:p>
      <w:r>
        <w:rPr>
          <w:b/>
          <w:sz w:val="20"/>
        </w:rPr>
        <w:t>5. Antrag</w:t>
      </w:r>
    </w:p>
    <w:p>
      <w:r>
        <w:rPr>
          <w:b w:val="0"/>
          <w:sz w:val="20"/>
        </w:rPr>
        <w:t>Die Klage wird wie in der Klageerweiterung dargestellt geändert.</w:t>
      </w:r>
    </w:p>
    <w:p/>
    <w:p>
      <w:pPr>
        <w:jc w:val="center"/>
      </w:pPr>
      <w:r>
        <w:rPr>
          <w:b w:val="0"/>
          <w:sz w:val="20"/>
        </w:rPr>
        <w:t>______________________________                            ______________________________</w:t>
      </w:r>
    </w:p>
    <w:p>
      <w:pPr>
        <w:jc w:val="center"/>
      </w:pPr>
      <w:r>
        <w:rPr>
          <w:b w:val="0"/>
          <w:sz w:val="20"/>
        </w:rPr>
        <w:t>Ort                                                       Unterschrift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Kläger / Klägervertreter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Beklagter / Beklagtenvertreter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https://mustergenau.com/klageerweiterung-muster/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lageerweiterung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