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MITARBEITERBESTÄTIGUNG FÜR KITA-ZUSCHUSS</w:t>
      </w:r>
    </w:p>
    <w:p/>
    <w:p>
      <w:r>
        <w:rPr>
          <w:b/>
          <w:sz w:val="20"/>
        </w:rPr>
        <w:t>Angaben des Arbeitgebers:</w:t>
      </w:r>
    </w:p>
    <w:p>
      <w:r>
        <w:rPr>
          <w:b w:val="0"/>
          <w:sz w:val="20"/>
        </w:rPr>
        <w:t>Firmenname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_________________________________________________________________</w:t>
      </w:r>
    </w:p>
    <w:p/>
    <w:p>
      <w:r>
        <w:rPr>
          <w:b/>
          <w:sz w:val="20"/>
        </w:rPr>
        <w:t>Angaben des Mitarbeiters:</w:t>
      </w:r>
    </w:p>
    <w:p>
      <w:r>
        <w:rPr>
          <w:b w:val="0"/>
          <w:sz w:val="20"/>
        </w:rPr>
        <w:t>Vor- und Nachname : 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Personalnummer (falls vorhanden) : ________________________________________</w:t>
      </w:r>
    </w:p>
    <w:p/>
    <w:p>
      <w:r>
        <w:rPr>
          <w:b/>
          <w:sz w:val="20"/>
        </w:rPr>
        <w:t>Betreuungszeitraum des Kindes:</w:t>
      </w:r>
    </w:p>
    <w:p>
      <w:r>
        <w:rPr>
          <w:b w:val="0"/>
          <w:sz w:val="20"/>
        </w:rPr>
        <w:t>Beginn der Betreuung : _______________________________________________</w:t>
      </w:r>
    </w:p>
    <w:p>
      <w:r>
        <w:rPr>
          <w:b w:val="0"/>
          <w:sz w:val="20"/>
        </w:rPr>
        <w:t>Ende der Betreuung : _________________________________________________</w:t>
      </w:r>
    </w:p>
    <w:p/>
    <w:p>
      <w:r>
        <w:rPr>
          <w:b/>
          <w:sz w:val="20"/>
        </w:rPr>
        <w:t>Angaben zum Kind:</w:t>
      </w:r>
    </w:p>
    <w:p>
      <w:r>
        <w:rPr>
          <w:b w:val="0"/>
          <w:sz w:val="20"/>
        </w:rPr>
        <w:t>Vor- und Nachname des Kindes : ___________________________________________</w:t>
      </w:r>
    </w:p>
    <w:p>
      <w:r>
        <w:rPr>
          <w:b w:val="0"/>
          <w:sz w:val="20"/>
        </w:rPr>
        <w:t>Geburtsdatum des Kindes : _______________________________________________</w:t>
      </w:r>
    </w:p>
    <w:p>
      <w:r>
        <w:rPr>
          <w:b w:val="0"/>
          <w:sz w:val="20"/>
        </w:rPr>
        <w:t>Name der Kindertagesstätte : _____________________________________________</w:t>
      </w:r>
    </w:p>
    <w:p>
      <w:r>
        <w:rPr>
          <w:b w:val="0"/>
          <w:sz w:val="20"/>
        </w:rPr>
        <w:t>Anschrift der Kindertagesstätte : ________________________________________</w:t>
      </w:r>
    </w:p>
    <w:p/>
    <w:p>
      <w:r>
        <w:rPr>
          <w:b/>
          <w:sz w:val="20"/>
        </w:rPr>
        <w:t>Bestätigung des Arbeitgebers:</w:t>
      </w:r>
    </w:p>
    <w:p>
      <w:r>
        <w:rPr>
          <w:b w:val="0"/>
          <w:sz w:val="20"/>
        </w:rPr>
        <w:t>Hiermit bestätigt der Arbeitgeber, dass der oben genannte Mitarbeiter bei uns beschäftigt ist und Anspruch auf den Kita-Zuschuss hat.</w:t>
      </w:r>
    </w:p>
    <w:p>
      <w:r>
        <w:rPr>
          <w:b w:val="0"/>
          <w:sz w:val="20"/>
        </w:rPr>
        <w:t>Die Angaben entsprechen den vorliegenden Nachweisen und sind vollständig und richtig.</w:t>
      </w:r>
    </w:p>
    <w:p/>
    <w:p>
      <w:r>
        <w:rPr>
          <w:b/>
          <w:sz w:val="20"/>
        </w:rPr>
        <w:t>Hinweis zum Datenschutz:</w:t>
      </w:r>
    </w:p>
    <w:p>
      <w:r>
        <w:rPr>
          <w:b w:val="0"/>
          <w:sz w:val="20"/>
        </w:rPr>
        <w:t>Die Daten werden ausschließlich zur Bearbeitung des Kita-Zuschusses verwendet und gemäß den geltenden Datenschutzbestimmungen behandelt.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/>
          <w:sz w:val="20"/>
        </w:rPr>
        <w:t>Unterschrift des Arbeitgebers :</w:t>
      </w:r>
    </w:p>
    <w:p>
      <w:r>
        <w:rPr>
          <w:b w:val="0"/>
          <w:sz w:val="20"/>
        </w:rPr>
        <w:br/>
        <w:br/>
        <w:t>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Mitarbeiter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https://mustergenau.com/kita-zuschuss-arbeitgeber-muster/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ita-zuschuss-arbeitgeber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