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WOHNWAGEN UND DAUERSTELLPLATZ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Wohnwagen und Dauerstellplatz :</w:t>
      </w:r>
    </w:p>
    <w:p>
      <w:r>
        <w:rPr>
          <w:b w:val="0"/>
          <w:sz w:val="20"/>
        </w:rPr>
        <w:t>Hersteller/Modell Wohnwagen : ___________________________________________</w:t>
      </w:r>
    </w:p>
    <w:p>
      <w:r>
        <w:rPr>
          <w:b w:val="0"/>
          <w:sz w:val="20"/>
        </w:rPr>
        <w:t>Baujahr Wohnwagen : ____________________________________________________</w:t>
      </w:r>
    </w:p>
    <w:p>
      <w:r>
        <w:rPr>
          <w:b w:val="0"/>
          <w:sz w:val="20"/>
        </w:rPr>
        <w:t>Fahrgestellnummer Wohnwagen : __________________________________________</w:t>
      </w:r>
    </w:p>
    <w:p>
      <w:r>
        <w:rPr>
          <w:b w:val="0"/>
          <w:sz w:val="20"/>
        </w:rPr>
        <w:t>Länge Wohnwagen : ___________________ Breite Wohnwagen : ________________</w:t>
      </w:r>
    </w:p>
    <w:p>
      <w:r>
        <w:rPr>
          <w:b w:val="0"/>
          <w:sz w:val="20"/>
        </w:rPr>
        <w:t>Lage und Beschreibung des Dauerstellplatzes : ____________________________</w:t>
      </w:r>
    </w:p>
    <w:p>
      <w:r>
        <w:rPr>
          <w:b w:val="0"/>
          <w:sz w:val="20"/>
        </w:rPr>
        <w:t>Pachtvertrag / Nutzungsbedingungen für Dauerstellplatz : 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Wohnwagen : _________________ EUR</w:t>
      </w:r>
    </w:p>
    <w:p>
      <w:r>
        <w:rPr>
          <w:b w:val="0"/>
          <w:sz w:val="20"/>
        </w:rPr>
        <w:t>Kaufpreis Dauerstellplatz (sofern separat) : _________________ EUR</w:t>
      </w:r>
    </w:p>
    <w:p>
      <w:r>
        <w:rPr>
          <w:b w:val="0"/>
          <w:sz w:val="20"/>
        </w:rPr>
        <w:t>Gesamtpreis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den oben beschriebenen Wohnwagen sowie den Dauerstellplatz (sofern vereinbart). Der Verkäufer versichert, Eigentümer zu sein bzw. berechtigt zu veräußern.</w:t>
      </w:r>
    </w:p>
    <w:p/>
    <w:p>
      <w:r>
        <w:rPr>
          <w:b/>
          <w:sz w:val="20"/>
        </w:rPr>
        <w:t>§ 2 – Zustand des Wohnwagens</w:t>
      </w:r>
    </w:p>
    <w:p>
      <w:r>
        <w:rPr>
          <w:b w:val="0"/>
          <w:sz w:val="20"/>
        </w:rPr>
        <w:t>Der Käufer hat den Wohnwagen besichtigt und akzeptiert den Zustand. Etwaige Mängel sind offen gelegt und im Kaufpreis berücksichtigt.</w:t>
      </w:r>
    </w:p>
    <w:p/>
    <w:p>
      <w:r>
        <w:rPr>
          <w:b/>
          <w:sz w:val="20"/>
        </w:rPr>
        <w:t>§ 3 – Dauerstellplatz</w:t>
      </w:r>
    </w:p>
    <w:p>
      <w:r>
        <w:rPr>
          <w:b w:val="0"/>
          <w:sz w:val="20"/>
        </w:rPr>
        <w:t>Der Dauerstellplatz wird mit den vereinbarten Nutzungsbedingungen und Rechten übertragen bzw. überlassen. Der Käufer erkennt die Bedingungen des Pacht- bzw. Nutzungsvertrages an.</w:t>
      </w:r>
    </w:p>
    <w:p/>
    <w:p>
      <w:r>
        <w:rPr>
          <w:b/>
          <w:sz w:val="20"/>
        </w:rPr>
        <w:t>§ 4 – Gewährleistung und Haftung</w:t>
      </w:r>
    </w:p>
    <w:p>
      <w:r>
        <w:rPr>
          <w:b w:val="0"/>
          <w:sz w:val="20"/>
        </w:rPr>
        <w:t>Der Verkauf erfolgt unter Ausschluss jeglicher Gewährleistung, soweit gesetzlich zulässig. Der Käufer übernimmt das Risiko für etwaige Mängel nach Vertragsabschluss.</w:t>
      </w:r>
    </w:p>
    <w:p/>
    <w:p>
      <w:r>
        <w:rPr>
          <w:b/>
          <w:sz w:val="20"/>
        </w:rPr>
        <w:t>§ 5 – Eigentums- und Nutzungsübertragung</w:t>
      </w:r>
    </w:p>
    <w:p>
      <w:r>
        <w:rPr>
          <w:b w:val="0"/>
          <w:sz w:val="20"/>
        </w:rPr>
        <w:t>Das Eigentum am Wohnwagen geht mit vollständiger Zahlung des Kaufpreises über. Die Nutzungsrechte am Dauerstellplatz werden mit Unterzeichnung dieses Vertrages übertragen bzw. eingeräumt.</w:t>
      </w:r>
    </w:p>
    <w:p/>
    <w:p>
      <w:r>
        <w:rPr>
          <w:b/>
          <w:sz w:val="20"/>
        </w:rPr>
        <w:t>§ 6 – Pflichten der Vertragsparteien</w:t>
      </w:r>
    </w:p>
    <w:p>
      <w:r>
        <w:rPr>
          <w:b w:val="0"/>
          <w:sz w:val="20"/>
        </w:rPr>
        <w:t>Der Verkäufer verpflichtet sich, den Wohnwagen frei von Rechten Dritter zu übergeben. Der Käufer verpflichtet sich, den Kaufpreis fristgerecht zu zahlen und die Bedingungen für den Dauerstellplatz einzuhalten.</w:t>
      </w:r>
    </w:p>
    <w:p/>
    <w:p>
      <w:r>
        <w:rPr>
          <w:b/>
          <w:sz w:val="20"/>
        </w:rPr>
        <w:t>§ 7 – Kosten und Nebenkosten</w:t>
      </w:r>
    </w:p>
    <w:p>
      <w:r>
        <w:rPr>
          <w:b w:val="0"/>
          <w:sz w:val="20"/>
        </w:rPr>
        <w:t>Alle mit dem Kauf und der Nutzung verbundenen Kosten (z.B. Pacht- oder Umlagekosten des Stellplatzes) trägt der Käufer ab dem Zeitpunkt der Übergabe.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Für alle nicht geregelten Fragen gilt das Bürgerliche Gesetzbuch. Streitigkeiten werden vor dem zuständigen Gericht verhandelt.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https://mustergenau.com/kaufvertrag-wohnwagen-dauerstellplatz/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aufvertrag-wohnwagen-dauerstellplatz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