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KÜNDIGUNG DER HAUSVERWALTUNG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Empfänger / Hausverwaltung :</w:t>
      </w:r>
    </w:p>
    <w:p>
      <w:r>
        <w:rPr>
          <w:b w:val="0"/>
          <w:sz w:val="20"/>
        </w:rPr>
        <w:t>Name / Firma : 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</w:t>
      </w:r>
    </w:p>
    <w:p/>
    <w:p>
      <w:r>
        <w:rPr>
          <w:b/>
          <w:sz w:val="20"/>
        </w:rPr>
        <w:t>Betreff : Kündigung des Verwaltervertrages für die Immobilie</w:t>
      </w:r>
    </w:p>
    <w:p>
      <w:r>
        <w:rPr>
          <w:b w:val="0"/>
          <w:sz w:val="20"/>
        </w:rPr>
        <w:t>_____________________________________________________________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den Verwaltervertrag für die oben genannte Immobilie ordentlich und fristgerecht zum nächstmöglichen Zeitpunkt. Bitte bestätigen Sie mir den Erhalt dieser Kündigung sowie das Vertragsende schriftlich.</w:t>
      </w:r>
    </w:p>
    <w:p/>
    <w:p>
      <w:r>
        <w:rPr>
          <w:b w:val="0"/>
          <w:sz w:val="20"/>
        </w:rPr>
        <w:t>Ich bitte Sie, alle notwendigen Maßnahmen zur Übergabe der Verwaltungsunterlagen und sonstiger relevanter Dokumente einzuleiten.</w:t>
      </w:r>
    </w:p>
    <w:p/>
    <w:p>
      <w:r>
        <w:rPr>
          <w:b w:val="0"/>
          <w:sz w:val="20"/>
        </w:rPr>
        <w:t>Bitte informieren Sie mich über den weiteren Ablauf und die Abrechnung der bis dahin entstandenen Kosten.</w:t>
      </w:r>
    </w:p>
    <w:p/>
    <w:p>
      <w:r>
        <w:rPr>
          <w:b w:val="0"/>
          <w:sz w:val="20"/>
        </w:rPr>
        <w:t>Mit freundlichen Grüßen,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</w:t>
      </w:r>
    </w:p>
    <w:p>
      <w:pPr>
        <w:jc w:val="center"/>
      </w:pPr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Absender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Hausverwaltung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https://mustergenau.com/hausverwaltung-kundigen-muster/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hausverwaltung-kundigen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